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5E48B" w14:textId="00AF34A6" w:rsidR="002612FF" w:rsidRPr="00885911" w:rsidRDefault="000658C8" w:rsidP="008D4F15">
      <w:pPr>
        <w:pStyle w:val="af"/>
        <w:spacing w:line="352" w:lineRule="exact"/>
        <w:jc w:val="center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/>
          <w:lang w:eastAsia="zh-CN"/>
        </w:rPr>
        <w:t>致初三</w:t>
      </w:r>
      <w:r w:rsidR="00AF57C7" w:rsidRPr="00885911">
        <w:rPr>
          <w:rFonts w:ascii="宋体-简" w:eastAsia="宋体-简" w:hAnsi="宋体-简"/>
          <w:lang w:eastAsia="zh-CN"/>
        </w:rPr>
        <w:t>8</w:t>
      </w:r>
      <w:r w:rsidRPr="00885911">
        <w:rPr>
          <w:rFonts w:ascii="宋体-简" w:eastAsia="宋体-简" w:hAnsi="宋体-简"/>
          <w:lang w:eastAsia="zh-CN"/>
        </w:rPr>
        <w:t>班家长的一封信</w:t>
      </w:r>
    </w:p>
    <w:p w14:paraId="276D6471" w14:textId="514000C6" w:rsidR="002612FF" w:rsidRPr="00885911" w:rsidRDefault="00AF57C7" w:rsidP="008D4F15">
      <w:pPr>
        <w:pStyle w:val="af"/>
        <w:spacing w:line="352" w:lineRule="exact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初三8班的各位家长们</w:t>
      </w:r>
      <w:r w:rsidR="000658C8" w:rsidRPr="00885911">
        <w:rPr>
          <w:rFonts w:ascii="宋体-简" w:eastAsia="宋体-简" w:hAnsi="宋体-简"/>
          <w:lang w:eastAsia="zh-CN"/>
        </w:rPr>
        <w:t>：</w:t>
      </w:r>
    </w:p>
    <w:p w14:paraId="2AB30284" w14:textId="471A308E" w:rsidR="002612FF" w:rsidRPr="00885911" w:rsidRDefault="00AF57C7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大家</w:t>
      </w:r>
      <w:r w:rsidR="000658C8" w:rsidRPr="00885911">
        <w:rPr>
          <w:rFonts w:ascii="宋体-简" w:eastAsia="宋体-简" w:hAnsi="宋体-简"/>
          <w:lang w:eastAsia="zh-CN"/>
        </w:rPr>
        <w:t>好！</w:t>
      </w:r>
      <w:r w:rsidRPr="00885911">
        <w:rPr>
          <w:rFonts w:ascii="宋体-简" w:eastAsia="宋体-简" w:hAnsi="宋体-简" w:hint="eastAsia"/>
          <w:lang w:eastAsia="zh-CN"/>
        </w:rPr>
        <w:t>时光飞逝，距离2</w:t>
      </w:r>
      <w:r w:rsidRPr="00885911">
        <w:rPr>
          <w:rFonts w:ascii="宋体-简" w:eastAsia="宋体-简" w:hAnsi="宋体-简"/>
          <w:lang w:eastAsia="zh-CN"/>
        </w:rPr>
        <w:t>020</w:t>
      </w:r>
      <w:r w:rsidRPr="00885911">
        <w:rPr>
          <w:rFonts w:ascii="宋体-简" w:eastAsia="宋体-简" w:hAnsi="宋体-简" w:hint="eastAsia"/>
          <w:lang w:eastAsia="zh-CN"/>
        </w:rPr>
        <w:t>年8月1</w:t>
      </w:r>
      <w:r w:rsidRPr="00885911">
        <w:rPr>
          <w:rFonts w:ascii="宋体-简" w:eastAsia="宋体-简" w:hAnsi="宋体-简"/>
          <w:lang w:eastAsia="zh-CN"/>
        </w:rPr>
        <w:t>4</w:t>
      </w:r>
      <w:r w:rsidRPr="00885911">
        <w:rPr>
          <w:rFonts w:ascii="宋体-简" w:eastAsia="宋体-简" w:hAnsi="宋体-简" w:hint="eastAsia"/>
          <w:lang w:eastAsia="zh-CN"/>
        </w:rPr>
        <w:t>日我与8班孩子们第一次见面，已经过去了两年时光。现在，我们一同陪伴孩子们正式进入了初三</w:t>
      </w:r>
      <w:r w:rsidR="00900AEB" w:rsidRPr="00885911">
        <w:rPr>
          <w:rFonts w:ascii="宋体-简" w:eastAsia="宋体-简" w:hAnsi="宋体-简" w:hint="eastAsia"/>
          <w:lang w:eastAsia="zh-CN"/>
        </w:rPr>
        <w:t>。在接下来的一年，我们可能为孩子们自发的努力感到欣慰，为他们取得的进步欢欣鼓舞；也可能为孩子们在学习困境中裹足不前心疼焦虑，为孩子们在火烧眉毛时依然能优哉游哉怒火中烧</w:t>
      </w:r>
      <w:r w:rsidR="00900AEB" w:rsidRPr="00885911">
        <w:rPr>
          <w:rFonts w:ascii="宋体-简" w:eastAsia="宋体-简" w:hAnsi="宋体-简"/>
          <w:lang w:eastAsia="zh-CN"/>
        </w:rPr>
        <w:t>……</w:t>
      </w:r>
      <w:r w:rsidR="00900AEB" w:rsidRPr="00885911">
        <w:rPr>
          <w:rFonts w:ascii="宋体-简" w:eastAsia="宋体-简" w:hAnsi="宋体-简" w:hint="eastAsia"/>
          <w:lang w:eastAsia="zh-CN"/>
        </w:rPr>
        <w:t>但我相信，无论是何情况，</w:t>
      </w:r>
      <w:r w:rsidR="00D32DDD" w:rsidRPr="00885911">
        <w:rPr>
          <w:rFonts w:ascii="宋体-简" w:eastAsia="宋体-简" w:hAnsi="宋体-简" w:hint="eastAsia"/>
          <w:lang w:eastAsia="zh-CN"/>
        </w:rPr>
        <w:t>老师和家长爱护关心孩子们、希望他们一切都好的出发点是一样的。因此，在初三伊始，</w:t>
      </w:r>
      <w:r w:rsidR="000658C8" w:rsidRPr="00885911">
        <w:rPr>
          <w:rFonts w:ascii="宋体-简" w:eastAsia="宋体-简" w:hAnsi="宋体-简"/>
          <w:lang w:eastAsia="zh-CN"/>
        </w:rPr>
        <w:t>我想替</w:t>
      </w:r>
      <w:r w:rsidR="00D32DDD" w:rsidRPr="00885911">
        <w:rPr>
          <w:rFonts w:ascii="宋体-简" w:eastAsia="宋体-简" w:hAnsi="宋体-简" w:hint="eastAsia"/>
          <w:lang w:eastAsia="zh-CN"/>
        </w:rPr>
        <w:t>孩子们</w:t>
      </w:r>
      <w:r w:rsidR="000658C8" w:rsidRPr="00885911">
        <w:rPr>
          <w:rFonts w:ascii="宋体-简" w:eastAsia="宋体-简" w:hAnsi="宋体-简"/>
          <w:lang w:eastAsia="zh-CN"/>
        </w:rPr>
        <w:t>跟</w:t>
      </w:r>
      <w:r w:rsidR="00D32DDD" w:rsidRPr="00885911">
        <w:rPr>
          <w:rFonts w:ascii="宋体-简" w:eastAsia="宋体-简" w:hAnsi="宋体-简" w:hint="eastAsia"/>
          <w:lang w:eastAsia="zh-CN"/>
        </w:rPr>
        <w:t>您</w:t>
      </w:r>
      <w:r w:rsidR="000658C8" w:rsidRPr="00885911">
        <w:rPr>
          <w:rFonts w:ascii="宋体-简" w:eastAsia="宋体-简" w:hAnsi="宋体-简"/>
          <w:lang w:eastAsia="zh-CN"/>
        </w:rPr>
        <w:t>道一声“谢谢”，感激您一路上不求回报的</w:t>
      </w:r>
      <w:r w:rsidR="005B439C" w:rsidRPr="00885911">
        <w:rPr>
          <w:rFonts w:ascii="宋体-简" w:eastAsia="宋体-简" w:hAnsi="宋体-简" w:hint="eastAsia"/>
          <w:lang w:eastAsia="zh-CN"/>
        </w:rPr>
        <w:t>付出</w:t>
      </w:r>
      <w:r w:rsidR="000658C8" w:rsidRPr="00885911">
        <w:rPr>
          <w:rFonts w:ascii="宋体-简" w:eastAsia="宋体-简" w:hAnsi="宋体-简"/>
          <w:lang w:eastAsia="zh-CN"/>
        </w:rPr>
        <w:t>与陪伴。</w:t>
      </w:r>
    </w:p>
    <w:p w14:paraId="4103D48F" w14:textId="08B900BC" w:rsidR="0075315F" w:rsidRPr="00885911" w:rsidRDefault="00D32DDD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在老师和家长心中，孩子们似乎很难真正长大，或者说，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Pr="00885911">
        <w:rPr>
          <w:rFonts w:ascii="宋体-简" w:eastAsia="宋体-简" w:hAnsi="宋体-简" w:hint="eastAsia"/>
          <w:lang w:eastAsia="zh-CN"/>
        </w:rPr>
        <w:t>们的表现很难样样做到让大人们称心如意。本学期，随着期末考试的临近，</w:t>
      </w:r>
      <w:r w:rsidR="00706E75" w:rsidRPr="00885911">
        <w:rPr>
          <w:rFonts w:ascii="宋体-简" w:eastAsia="宋体-简" w:hAnsi="宋体-简" w:hint="eastAsia"/>
          <w:lang w:eastAsia="zh-CN"/>
        </w:rPr>
        <w:t>我发现自己开始对他们的行为更容易产生一些不满和挑剔。比如，为什么总是不能在第一时间交齐作业？为什么课上要走神、讲话、打瞌睡？为什么不能像别人一样按时按量完成</w:t>
      </w:r>
      <w:r w:rsidR="0057070E" w:rsidRPr="00885911">
        <w:rPr>
          <w:rFonts w:ascii="宋体-简" w:eastAsia="宋体-简" w:hAnsi="宋体-简" w:hint="eastAsia"/>
          <w:lang w:eastAsia="zh-CN"/>
        </w:rPr>
        <w:t>学科复习和背诵？为什么空闲时间不能好好利用反而要打打闹闹</w:t>
      </w:r>
      <w:r w:rsidR="0057070E" w:rsidRPr="00885911">
        <w:rPr>
          <w:rFonts w:ascii="宋体-简" w:eastAsia="宋体-简" w:hAnsi="宋体-简"/>
          <w:lang w:eastAsia="zh-CN"/>
        </w:rPr>
        <w:t>……</w:t>
      </w:r>
      <w:r w:rsidR="0057070E" w:rsidRPr="00885911">
        <w:rPr>
          <w:rFonts w:ascii="宋体-简" w:eastAsia="宋体-简" w:hAnsi="宋体-简" w:hint="eastAsia"/>
          <w:lang w:eastAsia="zh-CN"/>
        </w:rPr>
        <w:t>而从家长与我的交流中，也能发现对孩子的种种不理解：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57070E" w:rsidRPr="00885911">
        <w:rPr>
          <w:rFonts w:ascii="宋体-简" w:eastAsia="宋体-简" w:hAnsi="宋体-简" w:hint="eastAsia"/>
          <w:lang w:eastAsia="zh-CN"/>
        </w:rPr>
        <w:t>一回到家，就抱着手机不放，别说主动分享在学校发生的事情了，多唠叨几句都会暴跳如雷；明明告诉我作业已经写完了，哪知道第二天还是会被老师告知欠了好几科作业；我抽时间陪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57070E" w:rsidRPr="00885911">
        <w:rPr>
          <w:rFonts w:ascii="宋体-简" w:eastAsia="宋体-简" w:hAnsi="宋体-简" w:hint="eastAsia"/>
          <w:lang w:eastAsia="zh-CN"/>
        </w:rPr>
        <w:t>背书，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57070E" w:rsidRPr="00885911">
        <w:rPr>
          <w:rFonts w:ascii="宋体-简" w:eastAsia="宋体-简" w:hAnsi="宋体-简" w:hint="eastAsia"/>
          <w:lang w:eastAsia="zh-CN"/>
        </w:rPr>
        <w:t>也不领情啊，说不背就不背</w:t>
      </w:r>
      <w:r w:rsidR="0057070E" w:rsidRPr="00885911">
        <w:rPr>
          <w:rFonts w:ascii="宋体-简" w:eastAsia="宋体-简" w:hAnsi="宋体-简"/>
          <w:lang w:eastAsia="zh-CN"/>
        </w:rPr>
        <w:t>……</w:t>
      </w:r>
      <w:r w:rsidR="000658C8" w:rsidRPr="00885911">
        <w:rPr>
          <w:rFonts w:ascii="宋体-简" w:eastAsia="宋体-简" w:hAnsi="宋体-简"/>
          <w:lang w:eastAsia="zh-CN"/>
        </w:rPr>
        <w:t>看着这一切，</w:t>
      </w:r>
      <w:r w:rsidR="0057070E" w:rsidRPr="00885911">
        <w:rPr>
          <w:rFonts w:ascii="宋体-简" w:eastAsia="宋体-简" w:hAnsi="宋体-简" w:hint="eastAsia"/>
          <w:lang w:eastAsia="zh-CN"/>
        </w:rPr>
        <w:t>我们都非常着急。迫于升学压力，</w:t>
      </w:r>
      <w:r w:rsidR="0075315F" w:rsidRPr="00885911">
        <w:rPr>
          <w:rFonts w:ascii="宋体-简" w:eastAsia="宋体-简" w:hAnsi="宋体-简" w:hint="eastAsia"/>
          <w:lang w:eastAsia="zh-CN"/>
        </w:rPr>
        <w:t>我们</w:t>
      </w:r>
      <w:r w:rsidR="0057070E" w:rsidRPr="00885911">
        <w:rPr>
          <w:rFonts w:ascii="宋体-简" w:eastAsia="宋体-简" w:hAnsi="宋体-简" w:hint="eastAsia"/>
          <w:lang w:eastAsia="zh-CN"/>
        </w:rPr>
        <w:t>担心孩子们上不了理想的高中，</w:t>
      </w:r>
      <w:r w:rsidR="0075315F" w:rsidRPr="00885911">
        <w:rPr>
          <w:rFonts w:ascii="宋体-简" w:eastAsia="宋体-简" w:hAnsi="宋体-简" w:hint="eastAsia"/>
          <w:lang w:eastAsia="zh-CN"/>
        </w:rPr>
        <w:t>只能频繁强调态度和成绩的重要性，孩子们做得太过肯定免不了一顿“暴力”输出；发完脾气之后，</w:t>
      </w:r>
      <w:r w:rsidR="005B439C" w:rsidRPr="00885911">
        <w:rPr>
          <w:rFonts w:ascii="宋体-简" w:eastAsia="宋体-简" w:hAnsi="宋体-简" w:hint="eastAsia"/>
          <w:lang w:eastAsia="zh-CN"/>
        </w:rPr>
        <w:t>我们</w:t>
      </w:r>
      <w:r w:rsidR="0075315F" w:rsidRPr="00885911">
        <w:rPr>
          <w:rFonts w:ascii="宋体-简" w:eastAsia="宋体-简" w:hAnsi="宋体-简" w:hint="eastAsia"/>
          <w:lang w:eastAsia="zh-CN"/>
        </w:rPr>
        <w:t>又</w:t>
      </w:r>
      <w:r w:rsidR="005B439C" w:rsidRPr="00885911">
        <w:rPr>
          <w:rFonts w:ascii="宋体-简" w:eastAsia="宋体-简" w:hAnsi="宋体-简" w:hint="eastAsia"/>
          <w:lang w:eastAsia="zh-CN"/>
        </w:rPr>
        <w:t>会</w:t>
      </w:r>
      <w:r w:rsidR="0075315F" w:rsidRPr="00885911">
        <w:rPr>
          <w:rFonts w:ascii="宋体-简" w:eastAsia="宋体-简" w:hAnsi="宋体-简" w:hint="eastAsia"/>
          <w:lang w:eastAsia="zh-CN"/>
        </w:rPr>
        <w:t>心生愧疚，既担心孩子心理脆弱，也心疼他们每天都要学到十一二点的辛苦</w:t>
      </w:r>
      <w:r w:rsidR="005B439C" w:rsidRPr="00885911">
        <w:rPr>
          <w:rFonts w:ascii="宋体-简" w:eastAsia="宋体-简" w:hAnsi="宋体-简" w:hint="eastAsia"/>
          <w:lang w:eastAsia="zh-CN"/>
        </w:rPr>
        <w:t>与疲惫</w:t>
      </w:r>
      <w:r w:rsidR="0075315F" w:rsidRPr="00885911">
        <w:rPr>
          <w:rFonts w:ascii="宋体-简" w:eastAsia="宋体-简" w:hAnsi="宋体-简" w:hint="eastAsia"/>
          <w:lang w:eastAsia="zh-CN"/>
        </w:rPr>
        <w:t>。</w:t>
      </w:r>
    </w:p>
    <w:p w14:paraId="30745606" w14:textId="35636339" w:rsidR="002612FF" w:rsidRPr="00885911" w:rsidRDefault="0075315F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相较于大人的纠结与焦虑， 8班孩子们展现出了难得的宽容和体谅。期末考试结束后，我</w:t>
      </w:r>
      <w:r w:rsidR="00B04550" w:rsidRPr="00885911">
        <w:rPr>
          <w:rFonts w:ascii="宋体-简" w:eastAsia="宋体-简" w:hAnsi="宋体-简" w:hint="eastAsia"/>
          <w:lang w:eastAsia="zh-CN"/>
        </w:rPr>
        <w:t>一边反思着自己最近对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B04550" w:rsidRPr="00885911">
        <w:rPr>
          <w:rFonts w:ascii="宋体-简" w:eastAsia="宋体-简" w:hAnsi="宋体-简" w:hint="eastAsia"/>
          <w:lang w:eastAsia="zh-CN"/>
        </w:rPr>
        <w:t>们是否过于严厉，一边</w:t>
      </w:r>
      <w:r w:rsidRPr="00885911">
        <w:rPr>
          <w:rFonts w:ascii="宋体-简" w:eastAsia="宋体-简" w:hAnsi="宋体-简" w:hint="eastAsia"/>
          <w:lang w:eastAsia="zh-CN"/>
        </w:rPr>
        <w:t>走进</w:t>
      </w:r>
      <w:r w:rsidR="00B04550" w:rsidRPr="00885911">
        <w:rPr>
          <w:rFonts w:ascii="宋体-简" w:eastAsia="宋体-简" w:hAnsi="宋体-简" w:hint="eastAsia"/>
          <w:lang w:eastAsia="zh-CN"/>
        </w:rPr>
        <w:t>了</w:t>
      </w:r>
      <w:r w:rsidRPr="00885911">
        <w:rPr>
          <w:rFonts w:ascii="宋体-简" w:eastAsia="宋体-简" w:hAnsi="宋体-简" w:hint="eastAsia"/>
          <w:lang w:eastAsia="zh-CN"/>
        </w:rPr>
        <w:t>由于激动兴奋而闹哄哄的教室</w:t>
      </w:r>
      <w:r w:rsidR="00B04550" w:rsidRPr="00885911">
        <w:rPr>
          <w:rFonts w:ascii="宋体-简" w:eastAsia="宋体-简" w:hAnsi="宋体-简" w:hint="eastAsia"/>
          <w:lang w:eastAsia="zh-CN"/>
        </w:rPr>
        <w:t>。那时我</w:t>
      </w:r>
      <w:r w:rsidRPr="00885911">
        <w:rPr>
          <w:rFonts w:ascii="宋体-简" w:eastAsia="宋体-简" w:hAnsi="宋体-简" w:hint="eastAsia"/>
          <w:lang w:eastAsia="zh-CN"/>
        </w:rPr>
        <w:t>惊奇地发现，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Pr="00885911">
        <w:rPr>
          <w:rFonts w:ascii="宋体-简" w:eastAsia="宋体-简" w:hAnsi="宋体-简" w:hint="eastAsia"/>
          <w:lang w:eastAsia="zh-CN"/>
        </w:rPr>
        <w:t>们</w:t>
      </w:r>
      <w:r w:rsidR="00463C28">
        <w:rPr>
          <w:rFonts w:ascii="宋体-简" w:eastAsia="宋体-简" w:hAnsi="宋体-简" w:hint="eastAsia"/>
          <w:lang w:eastAsia="zh-CN"/>
        </w:rPr>
        <w:t>展现出的</w:t>
      </w:r>
      <w:r w:rsidR="00B04550" w:rsidRPr="00885911">
        <w:rPr>
          <w:rFonts w:ascii="宋体-简" w:eastAsia="宋体-简" w:hAnsi="宋体-简" w:hint="eastAsia"/>
          <w:lang w:eastAsia="zh-CN"/>
        </w:rPr>
        <w:t>喧闹与搞怪，</w:t>
      </w:r>
      <w:r w:rsidR="00000F6C" w:rsidRPr="00885911">
        <w:rPr>
          <w:rFonts w:ascii="宋体-简" w:eastAsia="宋体-简" w:hAnsi="宋体-简" w:hint="eastAsia"/>
          <w:lang w:eastAsia="zh-CN"/>
        </w:rPr>
        <w:t>随着考试的结束却变得</w:t>
      </w:r>
      <w:r w:rsidR="00463C28">
        <w:rPr>
          <w:rFonts w:ascii="宋体-简" w:eastAsia="宋体-简" w:hAnsi="宋体-简" w:hint="eastAsia"/>
          <w:lang w:eastAsia="zh-CN"/>
        </w:rPr>
        <w:t>活泼</w:t>
      </w:r>
      <w:r w:rsidR="005B439C" w:rsidRPr="00885911">
        <w:rPr>
          <w:rFonts w:ascii="宋体-简" w:eastAsia="宋体-简" w:hAnsi="宋体-简" w:hint="eastAsia"/>
          <w:lang w:eastAsia="zh-CN"/>
        </w:rPr>
        <w:t>可爱</w:t>
      </w:r>
      <w:r w:rsidR="00000F6C" w:rsidRPr="00885911">
        <w:rPr>
          <w:rFonts w:ascii="宋体-简" w:eastAsia="宋体-简" w:hAnsi="宋体-简" w:hint="eastAsia"/>
          <w:lang w:eastAsia="zh-CN"/>
        </w:rPr>
        <w:t>起来。</w:t>
      </w:r>
      <w:r w:rsidR="004476A3" w:rsidRPr="00885911">
        <w:rPr>
          <w:rFonts w:ascii="宋体-简" w:eastAsia="宋体-简" w:hAnsi="宋体-简" w:hint="eastAsia"/>
          <w:lang w:eastAsia="zh-CN"/>
        </w:rPr>
        <w:t>一个学生</w:t>
      </w:r>
      <w:r w:rsidR="00703538" w:rsidRPr="00885911">
        <w:rPr>
          <w:rFonts w:ascii="宋体-简" w:eastAsia="宋体-简" w:hAnsi="宋体-简" w:hint="eastAsia"/>
          <w:lang w:eastAsia="zh-CN"/>
        </w:rPr>
        <w:t>欢喜地问</w:t>
      </w:r>
      <w:r w:rsidR="004476A3" w:rsidRPr="00885911">
        <w:rPr>
          <w:rFonts w:ascii="宋体-简" w:eastAsia="宋体-简" w:hAnsi="宋体-简" w:hint="eastAsia"/>
          <w:lang w:eastAsia="zh-CN"/>
        </w:rPr>
        <w:t>道：“</w:t>
      </w:r>
      <w:r w:rsidR="00703538" w:rsidRPr="00885911">
        <w:rPr>
          <w:rFonts w:ascii="宋体-简" w:eastAsia="宋体-简" w:hAnsi="宋体-简" w:hint="eastAsia"/>
          <w:lang w:eastAsia="zh-CN"/>
        </w:rPr>
        <w:t>唐</w:t>
      </w:r>
      <w:r w:rsidR="004476A3" w:rsidRPr="00885911">
        <w:rPr>
          <w:rFonts w:ascii="宋体-简" w:eastAsia="宋体-简" w:hAnsi="宋体-简" w:hint="eastAsia"/>
          <w:lang w:eastAsia="zh-CN"/>
        </w:rPr>
        <w:t>老师，我们</w:t>
      </w:r>
      <w:r w:rsidR="00703538" w:rsidRPr="00885911">
        <w:rPr>
          <w:rFonts w:ascii="宋体-简" w:eastAsia="宋体-简" w:hAnsi="宋体-简" w:hint="eastAsia"/>
          <w:lang w:eastAsia="zh-CN"/>
        </w:rPr>
        <w:t>现在是不是已经</w:t>
      </w:r>
      <w:r w:rsidR="004476A3" w:rsidRPr="00885911">
        <w:rPr>
          <w:rFonts w:ascii="宋体-简" w:eastAsia="宋体-简" w:hAnsi="宋体-简" w:hint="eastAsia"/>
          <w:lang w:eastAsia="zh-CN"/>
        </w:rPr>
        <w:t>初三了</w:t>
      </w:r>
      <w:r w:rsidR="00703538" w:rsidRPr="00885911">
        <w:rPr>
          <w:rFonts w:ascii="宋体-简" w:eastAsia="宋体-简" w:hAnsi="宋体-简" w:hint="eastAsia"/>
          <w:lang w:eastAsia="zh-CN"/>
        </w:rPr>
        <w:t>？</w:t>
      </w:r>
      <w:r w:rsidR="004476A3" w:rsidRPr="00885911">
        <w:rPr>
          <w:rFonts w:ascii="宋体-简" w:eastAsia="宋体-简" w:hAnsi="宋体-简" w:hint="eastAsia"/>
          <w:lang w:eastAsia="zh-CN"/>
        </w:rPr>
        <w:t>”</w:t>
      </w:r>
      <w:r w:rsidR="00703538" w:rsidRPr="00885911">
        <w:rPr>
          <w:rFonts w:ascii="宋体-简" w:eastAsia="宋体-简" w:hAnsi="宋体-简" w:hint="eastAsia"/>
          <w:lang w:eastAsia="zh-CN"/>
        </w:rPr>
        <w:t>得到我肯定的回复后，全班爆发出了雷鸣般的掌声。我看着孩子们脸上发自内心的笑容，由衷地感叹纵然考试成绩总是让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703538" w:rsidRPr="00885911">
        <w:rPr>
          <w:rFonts w:ascii="宋体-简" w:eastAsia="宋体-简" w:hAnsi="宋体-简" w:hint="eastAsia"/>
          <w:lang w:eastAsia="zh-CN"/>
        </w:rPr>
        <w:t>们</w:t>
      </w:r>
      <w:r w:rsidR="000F57BC" w:rsidRPr="00885911">
        <w:rPr>
          <w:rFonts w:ascii="宋体-简" w:eastAsia="宋体-简" w:hAnsi="宋体-简" w:hint="eastAsia"/>
          <w:lang w:eastAsia="zh-CN"/>
        </w:rPr>
        <w:t>每个人都不可避免地被“升学压力”这股乌云笼罩，</w:t>
      </w:r>
      <w:r w:rsidR="009929BA" w:rsidRPr="00885911">
        <w:rPr>
          <w:rFonts w:ascii="宋体-简" w:eastAsia="宋体-简" w:hAnsi="宋体-简" w:hint="eastAsia"/>
          <w:lang w:eastAsia="zh-CN"/>
        </w:rPr>
        <w:t>纵然家长老师</w:t>
      </w:r>
      <w:r w:rsidR="005B439C" w:rsidRPr="00885911">
        <w:rPr>
          <w:rFonts w:ascii="宋体-简" w:eastAsia="宋体-简" w:hAnsi="宋体-简" w:hint="eastAsia"/>
          <w:lang w:eastAsia="zh-CN"/>
        </w:rPr>
        <w:t>们的</w:t>
      </w:r>
      <w:r w:rsidR="009929BA" w:rsidRPr="00885911">
        <w:rPr>
          <w:rFonts w:ascii="宋体-简" w:eastAsia="宋体-简" w:hAnsi="宋体-简" w:hint="eastAsia"/>
          <w:lang w:eastAsia="zh-CN"/>
        </w:rPr>
        <w:t>期许</w:t>
      </w:r>
      <w:r w:rsidR="005B439C" w:rsidRPr="00885911">
        <w:rPr>
          <w:rFonts w:ascii="宋体-简" w:eastAsia="宋体-简" w:hAnsi="宋体-简" w:hint="eastAsia"/>
          <w:lang w:eastAsia="zh-CN"/>
        </w:rPr>
        <w:t>、</w:t>
      </w:r>
      <w:r w:rsidR="009929BA" w:rsidRPr="00885911">
        <w:rPr>
          <w:rFonts w:ascii="宋体-简" w:eastAsia="宋体-简" w:hAnsi="宋体-简" w:hint="eastAsia"/>
          <w:lang w:eastAsia="zh-CN"/>
        </w:rPr>
        <w:t>要求</w:t>
      </w:r>
      <w:r w:rsidR="005B439C" w:rsidRPr="00885911">
        <w:rPr>
          <w:rFonts w:ascii="宋体-简" w:eastAsia="宋体-简" w:hAnsi="宋体-简" w:hint="eastAsia"/>
          <w:lang w:eastAsia="zh-CN"/>
        </w:rPr>
        <w:t>与“不理解”</w:t>
      </w:r>
      <w:r w:rsidR="009929BA" w:rsidRPr="00885911">
        <w:rPr>
          <w:rFonts w:ascii="宋体-简" w:eastAsia="宋体-简" w:hAnsi="宋体-简" w:hint="eastAsia"/>
          <w:lang w:eastAsia="zh-CN"/>
        </w:rPr>
        <w:t>有时会让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9929BA" w:rsidRPr="00885911">
        <w:rPr>
          <w:rFonts w:ascii="宋体-简" w:eastAsia="宋体-简" w:hAnsi="宋体-简" w:hint="eastAsia"/>
          <w:lang w:eastAsia="zh-CN"/>
        </w:rPr>
        <w:t>们</w:t>
      </w:r>
      <w:r w:rsidR="005B439C" w:rsidRPr="00885911">
        <w:rPr>
          <w:rFonts w:ascii="宋体-简" w:eastAsia="宋体-简" w:hAnsi="宋体-简" w:hint="eastAsia"/>
          <w:lang w:eastAsia="zh-CN"/>
        </w:rPr>
        <w:t>愤愤不平、针锋相对，但对待“初三生”这样一个新身份，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5B439C" w:rsidRPr="00885911">
        <w:rPr>
          <w:rFonts w:ascii="宋体-简" w:eastAsia="宋体-简" w:hAnsi="宋体-简" w:hint="eastAsia"/>
          <w:lang w:eastAsia="zh-CN"/>
        </w:rPr>
        <w:t>们还是抱着憧憬和向往去面对自己即将到来的初三生活，相信它是美好的、有希望的、并愿意为之而奋斗的。</w:t>
      </w:r>
    </w:p>
    <w:p w14:paraId="3F4DA8A9" w14:textId="6230FD13" w:rsidR="002612FF" w:rsidRPr="00326154" w:rsidRDefault="002612FF" w:rsidP="008D4F15">
      <w:pPr>
        <w:pStyle w:val="af"/>
        <w:spacing w:line="352" w:lineRule="exact"/>
        <w:ind w:firstLine="720"/>
        <w:jc w:val="right"/>
        <w:rPr>
          <w:rFonts w:ascii="宋体-简" w:eastAsia="宋体-简" w:hAnsi="宋体-简"/>
          <w:lang w:eastAsia="zh-CN"/>
        </w:rPr>
      </w:pPr>
    </w:p>
    <w:sectPr w:rsidR="002612FF" w:rsidRPr="0032615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宋体-简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F6C"/>
    <w:rsid w:val="00034616"/>
    <w:rsid w:val="0006063C"/>
    <w:rsid w:val="000658C8"/>
    <w:rsid w:val="000C3912"/>
    <w:rsid w:val="000F57BC"/>
    <w:rsid w:val="0015074B"/>
    <w:rsid w:val="002612FF"/>
    <w:rsid w:val="0029639D"/>
    <w:rsid w:val="002C3807"/>
    <w:rsid w:val="00326154"/>
    <w:rsid w:val="00326F90"/>
    <w:rsid w:val="00362D41"/>
    <w:rsid w:val="004476A3"/>
    <w:rsid w:val="00463C28"/>
    <w:rsid w:val="00523D6E"/>
    <w:rsid w:val="0057070E"/>
    <w:rsid w:val="005B439C"/>
    <w:rsid w:val="00703538"/>
    <w:rsid w:val="00706E75"/>
    <w:rsid w:val="0075315F"/>
    <w:rsid w:val="00885911"/>
    <w:rsid w:val="008A0CEF"/>
    <w:rsid w:val="008D4F15"/>
    <w:rsid w:val="00900AEB"/>
    <w:rsid w:val="009929BA"/>
    <w:rsid w:val="009D1CE4"/>
    <w:rsid w:val="00A2722F"/>
    <w:rsid w:val="00AA1D8D"/>
    <w:rsid w:val="00AF57C7"/>
    <w:rsid w:val="00B04550"/>
    <w:rsid w:val="00B47730"/>
    <w:rsid w:val="00BF5346"/>
    <w:rsid w:val="00C42F55"/>
    <w:rsid w:val="00CB0664"/>
    <w:rsid w:val="00D32DDD"/>
    <w:rsid w:val="00EC3A89"/>
    <w:rsid w:val="00FC1D2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4DCA1"/>
  <w14:defaultImageDpi w14:val="300"/>
  <w15:docId w15:val="{4C42C1BA-8290-814D-A9A6-8E525D8C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软雅黑" w:eastAsia="微软雅黑" w:hAnsi="微软雅黑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vctj</cp:lastModifiedBy>
  <cp:revision>4</cp:revision>
  <dcterms:created xsi:type="dcterms:W3CDTF">2022-07-03T10:15:00Z</dcterms:created>
  <dcterms:modified xsi:type="dcterms:W3CDTF">2022-07-08T03:30:00Z</dcterms:modified>
  <cp:category/>
</cp:coreProperties>
</file>