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13CA4AF" w14:textId="18203C41" w:rsidR="002612FF" w:rsidRPr="00885911" w:rsidRDefault="00362D41" w:rsidP="008D4F15">
      <w:pPr>
        <w:pStyle w:val="af"/>
        <w:spacing w:line="352" w:lineRule="exact"/>
        <w:ind w:firstLine="720"/>
        <w:rPr>
          <w:rFonts w:ascii="宋体-简" w:eastAsia="宋体-简" w:hAnsi="宋体-简"/>
          <w:lang w:eastAsia="zh-CN"/>
        </w:rPr>
      </w:pPr>
      <w:r w:rsidRPr="00885911">
        <w:rPr>
          <w:rFonts w:ascii="宋体-简" w:eastAsia="宋体-简" w:hAnsi="宋体-简" w:hint="eastAsia"/>
          <w:lang w:eastAsia="zh-CN"/>
        </w:rPr>
        <w:t>几天前，我看了一个关于</w:t>
      </w:r>
      <w:r w:rsidR="000658C8" w:rsidRPr="00885911">
        <w:rPr>
          <w:rFonts w:ascii="宋体-简" w:eastAsia="宋体-简" w:hAnsi="宋体-简"/>
          <w:lang w:eastAsia="zh-CN"/>
        </w:rPr>
        <w:t>“</w:t>
      </w:r>
      <w:r w:rsidR="00BF5346" w:rsidRPr="00885911">
        <w:rPr>
          <w:rFonts w:ascii="宋体-简" w:eastAsia="宋体-简" w:hAnsi="宋体-简" w:hint="eastAsia"/>
          <w:lang w:eastAsia="zh-CN"/>
        </w:rPr>
        <w:t>竹子</w:t>
      </w:r>
      <w:r w:rsidR="000658C8" w:rsidRPr="00885911">
        <w:rPr>
          <w:rFonts w:ascii="宋体-简" w:eastAsia="宋体-简" w:hAnsi="宋体-简"/>
          <w:lang w:eastAsia="zh-CN"/>
        </w:rPr>
        <w:t>效应”</w:t>
      </w:r>
      <w:r w:rsidR="005B439C" w:rsidRPr="00885911">
        <w:rPr>
          <w:rFonts w:ascii="宋体-简" w:eastAsia="宋体-简" w:hAnsi="宋体-简" w:hint="eastAsia"/>
          <w:lang w:eastAsia="zh-CN"/>
        </w:rPr>
        <w:t>的</w:t>
      </w:r>
      <w:r w:rsidRPr="00885911">
        <w:rPr>
          <w:rFonts w:ascii="宋体-简" w:eastAsia="宋体-简" w:hAnsi="宋体-简" w:hint="eastAsia"/>
          <w:lang w:eastAsia="zh-CN"/>
        </w:rPr>
        <w:t>视频</w:t>
      </w:r>
      <w:r w:rsidR="005B439C" w:rsidRPr="00885911">
        <w:rPr>
          <w:rFonts w:ascii="宋体-简" w:eastAsia="宋体-简" w:hAnsi="宋体-简" w:hint="eastAsia"/>
          <w:lang w:eastAsia="zh-CN"/>
        </w:rPr>
        <w:t>。</w:t>
      </w:r>
      <w:r w:rsidRPr="00885911">
        <w:rPr>
          <w:rFonts w:ascii="宋体-简" w:eastAsia="宋体-简" w:hAnsi="宋体-简" w:hint="eastAsia"/>
          <w:lang w:eastAsia="zh-CN"/>
        </w:rPr>
        <w:t>一根</w:t>
      </w:r>
      <w:r w:rsidR="00523D6E" w:rsidRPr="00885911">
        <w:rPr>
          <w:rFonts w:ascii="宋体-简" w:eastAsia="宋体-简" w:hAnsi="宋体-简" w:hint="eastAsia"/>
          <w:lang w:eastAsia="zh-CN"/>
        </w:rPr>
        <w:t>竹子，前面四年才长了3厘米</w:t>
      </w:r>
      <w:r w:rsidRPr="00885911">
        <w:rPr>
          <w:rFonts w:ascii="宋体-简" w:eastAsia="宋体-简" w:hAnsi="宋体-简" w:hint="eastAsia"/>
          <w:lang w:eastAsia="zh-CN"/>
        </w:rPr>
        <w:t>。但是，</w:t>
      </w:r>
      <w:r w:rsidR="00523D6E" w:rsidRPr="00885911">
        <w:rPr>
          <w:rFonts w:ascii="宋体-简" w:eastAsia="宋体-简" w:hAnsi="宋体-简" w:hint="eastAsia"/>
          <w:lang w:eastAsia="zh-CN"/>
        </w:rPr>
        <w:t>从第</w:t>
      </w:r>
      <w:r w:rsidRPr="00885911">
        <w:rPr>
          <w:rFonts w:ascii="宋体-简" w:eastAsia="宋体-简" w:hAnsi="宋体-简" w:hint="eastAsia"/>
          <w:lang w:eastAsia="zh-CN"/>
        </w:rPr>
        <w:t>五</w:t>
      </w:r>
      <w:r w:rsidR="00523D6E" w:rsidRPr="00885911">
        <w:rPr>
          <w:rFonts w:ascii="宋体-简" w:eastAsia="宋体-简" w:hAnsi="宋体-简" w:hint="eastAsia"/>
          <w:lang w:eastAsia="zh-CN"/>
        </w:rPr>
        <w:t>年开始，它</w:t>
      </w:r>
      <w:r w:rsidRPr="00885911">
        <w:rPr>
          <w:rFonts w:ascii="宋体-简" w:eastAsia="宋体-简" w:hAnsi="宋体-简" w:hint="eastAsia"/>
          <w:lang w:eastAsia="zh-CN"/>
        </w:rPr>
        <w:t>就像被施了魔法一样，在半年的时间里窜到3</w:t>
      </w:r>
      <w:r w:rsidRPr="00885911">
        <w:rPr>
          <w:rFonts w:ascii="宋体-简" w:eastAsia="宋体-简" w:hAnsi="宋体-简"/>
          <w:lang w:eastAsia="zh-CN"/>
        </w:rPr>
        <w:t>0</w:t>
      </w:r>
      <w:r w:rsidRPr="00885911">
        <w:rPr>
          <w:rFonts w:ascii="宋体-简" w:eastAsia="宋体-简" w:hAnsi="宋体-简" w:hint="eastAsia"/>
          <w:lang w:eastAsia="zh-CN"/>
        </w:rPr>
        <w:t>多米的高度</w:t>
      </w:r>
      <w:r w:rsidR="000658C8" w:rsidRPr="00885911">
        <w:rPr>
          <w:rFonts w:ascii="宋体-简" w:eastAsia="宋体-简" w:hAnsi="宋体-简"/>
          <w:lang w:eastAsia="zh-CN"/>
        </w:rPr>
        <w:t>。</w:t>
      </w:r>
      <w:r w:rsidRPr="00885911">
        <w:rPr>
          <w:rFonts w:ascii="宋体-简" w:eastAsia="宋体-简" w:hAnsi="宋体-简" w:hint="eastAsia"/>
          <w:lang w:eastAsia="zh-CN"/>
        </w:rPr>
        <w:t>长得快的时候，这根竹子一天可以长半米多。想象一下，春天还是一颗齐腰的竹苗，秋天就可以高大挺拔，直插云天。这是因为，在最初的几年时间里，竹子并不是表面看到的那样无所作为，它把所有的努力都用在了地下，用在延展根系上。正是由于这根竹子有着深扎土壤的广泛根系，才能造就五年后令人惊叹的奇迹。回想8班孩子们两年来的成长，我跟自己说：</w:t>
      </w:r>
      <w:r w:rsidR="00EC3A89" w:rsidRPr="00885911">
        <w:rPr>
          <w:rFonts w:ascii="宋体-简" w:eastAsia="宋体-简" w:hAnsi="宋体-简" w:hint="eastAsia"/>
          <w:lang w:eastAsia="zh-CN"/>
        </w:rPr>
        <w:t>此时</w:t>
      </w:r>
      <w:r w:rsidR="00C42F55">
        <w:rPr>
          <w:rFonts w:ascii="宋体-简" w:eastAsia="宋体-简" w:hAnsi="宋体-简" w:hint="eastAsia"/>
          <w:lang w:eastAsia="zh-CN"/>
        </w:rPr>
        <w:t>他</w:t>
      </w:r>
      <w:r w:rsidRPr="00885911">
        <w:rPr>
          <w:rFonts w:ascii="宋体-简" w:eastAsia="宋体-简" w:hAnsi="宋体-简" w:hint="eastAsia"/>
          <w:lang w:eastAsia="zh-CN"/>
        </w:rPr>
        <w:t>们正像努力扎根的竹苗，</w:t>
      </w:r>
      <w:r w:rsidR="000658C8" w:rsidRPr="00885911">
        <w:rPr>
          <w:rFonts w:ascii="宋体-简" w:eastAsia="宋体-简" w:hAnsi="宋体-简"/>
          <w:lang w:eastAsia="zh-CN"/>
        </w:rPr>
        <w:t>只有坚持到最后，才能看到</w:t>
      </w:r>
      <w:r w:rsidR="00EC3A89" w:rsidRPr="00885911">
        <w:rPr>
          <w:rFonts w:ascii="宋体-简" w:eastAsia="宋体-简" w:hAnsi="宋体-简" w:hint="eastAsia"/>
          <w:lang w:eastAsia="zh-CN"/>
        </w:rPr>
        <w:t>竹林满园</w:t>
      </w:r>
      <w:r w:rsidR="000658C8" w:rsidRPr="00885911">
        <w:rPr>
          <w:rFonts w:ascii="宋体-简" w:eastAsia="宋体-简" w:hAnsi="宋体-简"/>
          <w:lang w:eastAsia="zh-CN"/>
        </w:rPr>
        <w:t>。</w:t>
      </w:r>
    </w:p>
    <w:p w14:paraId="3692BF4B" w14:textId="3215116D" w:rsidR="00885911" w:rsidRDefault="00EC3A89" w:rsidP="008D4F15">
      <w:pPr>
        <w:pStyle w:val="af"/>
        <w:spacing w:line="352" w:lineRule="exact"/>
        <w:ind w:firstLine="720"/>
        <w:rPr>
          <w:rFonts w:ascii="宋体-简" w:eastAsia="宋体-简" w:hAnsi="宋体-简"/>
          <w:lang w:eastAsia="zh-CN"/>
        </w:rPr>
      </w:pPr>
      <w:r w:rsidRPr="00885911">
        <w:rPr>
          <w:rFonts w:ascii="宋体-简" w:eastAsia="宋体-简" w:hAnsi="宋体-简" w:hint="eastAsia"/>
          <w:lang w:eastAsia="zh-CN"/>
        </w:rPr>
        <w:t>不知从什么时候开始，开始有其他老师告诉我，今天我在地铁上看到你班上的XXX同学，拿着英语书/政治（历史）清单在背；自习课期间，有时我会在窗外偷偷</w:t>
      </w:r>
      <w:r w:rsidR="009D1CE4">
        <w:rPr>
          <w:rFonts w:ascii="宋体-简" w:eastAsia="宋体-简" w:hAnsi="宋体-简" w:hint="eastAsia"/>
          <w:lang w:eastAsia="zh-CN"/>
        </w:rPr>
        <w:t>“</w:t>
      </w:r>
      <w:r w:rsidRPr="00885911">
        <w:rPr>
          <w:rFonts w:ascii="宋体-简" w:eastAsia="宋体-简" w:hAnsi="宋体-简" w:hint="eastAsia"/>
          <w:lang w:eastAsia="zh-CN"/>
        </w:rPr>
        <w:t>蹲点”，也惊喜地发现越来越多的</w:t>
      </w:r>
      <w:r w:rsidR="002C3807" w:rsidRPr="00885911">
        <w:rPr>
          <w:rFonts w:ascii="宋体-简" w:eastAsia="宋体-简" w:hAnsi="宋体-简" w:hint="eastAsia"/>
          <w:lang w:eastAsia="zh-CN"/>
        </w:rPr>
        <w:t>孩子可以</w:t>
      </w:r>
      <w:r w:rsidRPr="00885911">
        <w:rPr>
          <w:rFonts w:ascii="宋体-简" w:eastAsia="宋体-简" w:hAnsi="宋体-简" w:hint="eastAsia"/>
          <w:lang w:eastAsia="zh-CN"/>
        </w:rPr>
        <w:t>静下心来</w:t>
      </w:r>
      <w:r w:rsidR="002C3807" w:rsidRPr="00885911">
        <w:rPr>
          <w:rFonts w:ascii="宋体-简" w:eastAsia="宋体-简" w:hAnsi="宋体-简" w:hint="eastAsia"/>
          <w:lang w:eastAsia="zh-CN"/>
        </w:rPr>
        <w:t>有正事可做；每每说到政治历史抽查背诵，虽然孩子们口头上叫苦不迭，但还是会付出实际行动较好完成老师布置的任务。这些进步或许不能明显体现在具体分数上，但不也正是</w:t>
      </w:r>
      <w:r w:rsidR="00C42F55">
        <w:rPr>
          <w:rFonts w:ascii="宋体-简" w:eastAsia="宋体-简" w:hAnsi="宋体-简" w:hint="eastAsia"/>
          <w:lang w:eastAsia="zh-CN"/>
        </w:rPr>
        <w:t>他</w:t>
      </w:r>
      <w:r w:rsidR="002C3807" w:rsidRPr="00885911">
        <w:rPr>
          <w:rFonts w:ascii="宋体-简" w:eastAsia="宋体-简" w:hAnsi="宋体-简" w:hint="eastAsia"/>
          <w:lang w:eastAsia="zh-CN"/>
        </w:rPr>
        <w:t>们目前在努力扎根的细微体现吗？</w:t>
      </w:r>
    </w:p>
    <w:p w14:paraId="4CD31E4A" w14:textId="16B0E791" w:rsidR="000C3912" w:rsidRDefault="002C3807" w:rsidP="008D4F15">
      <w:pPr>
        <w:pStyle w:val="af"/>
        <w:spacing w:line="352" w:lineRule="exact"/>
        <w:ind w:firstLine="720"/>
        <w:rPr>
          <w:rFonts w:ascii="宋体-简" w:eastAsia="宋体-简" w:hAnsi="宋体-简"/>
          <w:lang w:eastAsia="zh-CN"/>
        </w:rPr>
      </w:pPr>
      <w:r w:rsidRPr="00885911">
        <w:rPr>
          <w:rFonts w:ascii="宋体-简" w:eastAsia="宋体-简" w:hAnsi="宋体-简" w:hint="eastAsia"/>
          <w:lang w:eastAsia="zh-CN"/>
        </w:rPr>
        <w:t>每每大考</w:t>
      </w:r>
      <w:r w:rsidR="000658C8" w:rsidRPr="00885911">
        <w:rPr>
          <w:rFonts w:ascii="宋体-简" w:eastAsia="宋体-简" w:hAnsi="宋体-简" w:hint="eastAsia"/>
          <w:lang w:eastAsia="zh-CN"/>
        </w:rPr>
        <w:t>之</w:t>
      </w:r>
      <w:r w:rsidR="000658C8" w:rsidRPr="00885911">
        <w:rPr>
          <w:rFonts w:ascii="宋体-简" w:eastAsia="宋体-简" w:hAnsi="宋体-简"/>
          <w:lang w:eastAsia="zh-CN"/>
        </w:rPr>
        <w:t>前</w:t>
      </w:r>
      <w:r w:rsidRPr="00885911">
        <w:rPr>
          <w:rFonts w:ascii="宋体-简" w:eastAsia="宋体-简" w:hAnsi="宋体-简" w:hint="eastAsia"/>
          <w:lang w:eastAsia="zh-CN"/>
        </w:rPr>
        <w:t>的</w:t>
      </w:r>
      <w:r w:rsidR="000658C8" w:rsidRPr="00885911">
        <w:rPr>
          <w:rFonts w:ascii="宋体-简" w:eastAsia="宋体-简" w:hAnsi="宋体-简"/>
          <w:lang w:eastAsia="zh-CN"/>
        </w:rPr>
        <w:t>我</w:t>
      </w:r>
      <w:r w:rsidRPr="00885911">
        <w:rPr>
          <w:rFonts w:ascii="宋体-简" w:eastAsia="宋体-简" w:hAnsi="宋体-简" w:hint="eastAsia"/>
          <w:lang w:eastAsia="zh-CN"/>
        </w:rPr>
        <w:t>，总</w:t>
      </w:r>
      <w:r w:rsidR="000658C8" w:rsidRPr="00885911">
        <w:rPr>
          <w:rFonts w:ascii="宋体-简" w:eastAsia="宋体-简" w:hAnsi="宋体-简"/>
          <w:lang w:eastAsia="zh-CN"/>
        </w:rPr>
        <w:t>认为</w:t>
      </w:r>
      <w:r w:rsidRPr="00885911">
        <w:rPr>
          <w:rFonts w:ascii="宋体-简" w:eastAsia="宋体-简" w:hAnsi="宋体-简" w:hint="eastAsia"/>
          <w:lang w:eastAsia="zh-CN"/>
        </w:rPr>
        <w:t>8班的孩子们</w:t>
      </w:r>
      <w:r w:rsidR="000658C8" w:rsidRPr="00885911">
        <w:rPr>
          <w:rFonts w:ascii="宋体-简" w:eastAsia="宋体-简" w:hAnsi="宋体-简"/>
          <w:lang w:eastAsia="zh-CN"/>
        </w:rPr>
        <w:t>不够重视学习，</w:t>
      </w:r>
      <w:r w:rsidRPr="00885911">
        <w:rPr>
          <w:rFonts w:ascii="宋体-简" w:eastAsia="宋体-简" w:hAnsi="宋体-简" w:hint="eastAsia"/>
          <w:lang w:eastAsia="zh-CN"/>
        </w:rPr>
        <w:t>没能做到十分的自主自觉，也总是忍不住把</w:t>
      </w:r>
      <w:r w:rsidR="00C42F55">
        <w:rPr>
          <w:rFonts w:ascii="宋体-简" w:eastAsia="宋体-简" w:hAnsi="宋体-简" w:hint="eastAsia"/>
          <w:lang w:eastAsia="zh-CN"/>
        </w:rPr>
        <w:t>他</w:t>
      </w:r>
      <w:r w:rsidRPr="00885911">
        <w:rPr>
          <w:rFonts w:ascii="宋体-简" w:eastAsia="宋体-简" w:hAnsi="宋体-简" w:hint="eastAsia"/>
          <w:lang w:eastAsia="zh-CN"/>
        </w:rPr>
        <w:t>们与所谓的“学神”、“学霸”比较，</w:t>
      </w:r>
      <w:r w:rsidR="000658C8" w:rsidRPr="00885911">
        <w:rPr>
          <w:rFonts w:ascii="宋体-简" w:eastAsia="宋体-简" w:hAnsi="宋体-简" w:hint="eastAsia"/>
          <w:lang w:eastAsia="zh-CN"/>
        </w:rPr>
        <w:t>为</w:t>
      </w:r>
      <w:r w:rsidR="000658C8" w:rsidRPr="00885911">
        <w:rPr>
          <w:rFonts w:ascii="宋体-简" w:eastAsia="宋体-简" w:hAnsi="宋体-简"/>
          <w:lang w:eastAsia="zh-CN"/>
        </w:rPr>
        <w:t>此</w:t>
      </w:r>
      <w:r w:rsidRPr="00885911">
        <w:rPr>
          <w:rFonts w:ascii="宋体-简" w:eastAsia="宋体-简" w:hAnsi="宋体-简" w:hint="eastAsia"/>
          <w:lang w:eastAsia="zh-CN"/>
        </w:rPr>
        <w:t>不满</w:t>
      </w:r>
      <w:r w:rsidR="000658C8" w:rsidRPr="00885911">
        <w:rPr>
          <w:rFonts w:ascii="宋体-简" w:eastAsia="宋体-简" w:hAnsi="宋体-简"/>
          <w:lang w:eastAsia="zh-CN"/>
        </w:rPr>
        <w:t>焦虑，</w:t>
      </w:r>
      <w:r w:rsidR="00885911" w:rsidRPr="00885911">
        <w:rPr>
          <w:rFonts w:ascii="宋体-简" w:eastAsia="宋体-简" w:hAnsi="宋体-简" w:hint="eastAsia"/>
          <w:lang w:eastAsia="zh-CN"/>
        </w:rPr>
        <w:t>在</w:t>
      </w:r>
      <w:r w:rsidR="00C42F55">
        <w:rPr>
          <w:rFonts w:ascii="宋体-简" w:eastAsia="宋体-简" w:hAnsi="宋体-简" w:hint="eastAsia"/>
          <w:lang w:eastAsia="zh-CN"/>
        </w:rPr>
        <w:t>他</w:t>
      </w:r>
      <w:r w:rsidR="00885911" w:rsidRPr="00885911">
        <w:rPr>
          <w:rFonts w:ascii="宋体-简" w:eastAsia="宋体-简" w:hAnsi="宋体-简" w:hint="eastAsia"/>
          <w:lang w:eastAsia="zh-CN"/>
        </w:rPr>
        <w:t>们面前一副苦大仇深的模样</w:t>
      </w:r>
      <w:r w:rsidR="000658C8" w:rsidRPr="00885911">
        <w:rPr>
          <w:rFonts w:ascii="宋体-简" w:eastAsia="宋体-简" w:hAnsi="宋体-简" w:hint="eastAsia"/>
          <w:lang w:eastAsia="zh-CN"/>
        </w:rPr>
        <w:t>。</w:t>
      </w:r>
      <w:r w:rsidR="000658C8" w:rsidRPr="00885911">
        <w:rPr>
          <w:rFonts w:ascii="宋体-简" w:eastAsia="宋体-简" w:hAnsi="宋体-简"/>
          <w:lang w:eastAsia="zh-CN"/>
        </w:rPr>
        <w:t>但每当考完试</w:t>
      </w:r>
      <w:r w:rsidR="00885911" w:rsidRPr="00885911">
        <w:rPr>
          <w:rFonts w:ascii="宋体-简" w:eastAsia="宋体-简" w:hAnsi="宋体-简" w:hint="eastAsia"/>
          <w:lang w:eastAsia="zh-CN"/>
        </w:rPr>
        <w:t>后，</w:t>
      </w:r>
      <w:r w:rsidR="00885911" w:rsidRPr="00885911">
        <w:rPr>
          <w:rFonts w:ascii="宋体-简" w:eastAsia="宋体-简" w:hAnsi="宋体-简"/>
          <w:lang w:eastAsia="zh-CN"/>
        </w:rPr>
        <w:t>8</w:t>
      </w:r>
      <w:r w:rsidR="00885911" w:rsidRPr="00885911">
        <w:rPr>
          <w:rFonts w:ascii="宋体-简" w:eastAsia="宋体-简" w:hAnsi="宋体-简" w:hint="eastAsia"/>
          <w:lang w:eastAsia="zh-CN"/>
        </w:rPr>
        <w:t>班总有孩子急着找老师对答案、问成绩</w:t>
      </w:r>
      <w:r w:rsidR="00885911">
        <w:rPr>
          <w:rFonts w:ascii="宋体-简" w:eastAsia="宋体-简" w:hAnsi="宋体-简" w:hint="eastAsia"/>
          <w:lang w:eastAsia="zh-CN"/>
        </w:rPr>
        <w:t>。</w:t>
      </w:r>
      <w:r w:rsidR="00885911" w:rsidRPr="00885911">
        <w:rPr>
          <w:rFonts w:ascii="宋体-简" w:eastAsia="宋体-简" w:hAnsi="宋体-简" w:hint="eastAsia"/>
          <w:lang w:eastAsia="zh-CN"/>
        </w:rPr>
        <w:t>问到成绩后</w:t>
      </w:r>
      <w:r w:rsidR="00C42F55">
        <w:rPr>
          <w:rFonts w:ascii="宋体-简" w:eastAsia="宋体-简" w:hAnsi="宋体-简" w:hint="eastAsia"/>
          <w:lang w:eastAsia="zh-CN"/>
        </w:rPr>
        <w:t>他</w:t>
      </w:r>
      <w:r w:rsidR="00885911">
        <w:rPr>
          <w:rFonts w:ascii="宋体-简" w:eastAsia="宋体-简" w:hAnsi="宋体-简" w:hint="eastAsia"/>
          <w:lang w:eastAsia="zh-CN"/>
        </w:rPr>
        <w:t>们</w:t>
      </w:r>
      <w:r w:rsidR="00885911" w:rsidRPr="00885911">
        <w:rPr>
          <w:rFonts w:ascii="宋体-简" w:eastAsia="宋体-简" w:hAnsi="宋体-简" w:hint="eastAsia"/>
          <w:lang w:eastAsia="zh-CN"/>
        </w:rPr>
        <w:t>或是欢欣雀跃，或是闷闷不乐</w:t>
      </w:r>
      <w:r w:rsidR="000658C8" w:rsidRPr="00885911">
        <w:rPr>
          <w:rFonts w:ascii="宋体-简" w:eastAsia="宋体-简" w:hAnsi="宋体-简"/>
          <w:lang w:eastAsia="zh-CN"/>
        </w:rPr>
        <w:t>，</w:t>
      </w:r>
      <w:r w:rsidR="00885911" w:rsidRPr="00885911">
        <w:rPr>
          <w:rFonts w:ascii="宋体-简" w:eastAsia="宋体-简" w:hAnsi="宋体-简" w:hint="eastAsia"/>
          <w:lang w:eastAsia="zh-CN"/>
        </w:rPr>
        <w:t>或是主动向老师</w:t>
      </w:r>
      <w:r w:rsidR="00885911">
        <w:rPr>
          <w:rFonts w:ascii="宋体-简" w:eastAsia="宋体-简" w:hAnsi="宋体-简" w:hint="eastAsia"/>
          <w:lang w:eastAsia="zh-CN"/>
        </w:rPr>
        <w:t>表决心</w:t>
      </w:r>
      <w:r w:rsidR="00885911" w:rsidRPr="00885911">
        <w:rPr>
          <w:rFonts w:ascii="宋体-简" w:eastAsia="宋体-简" w:hAnsi="宋体-简" w:hint="eastAsia"/>
          <w:lang w:eastAsia="zh-CN"/>
        </w:rPr>
        <w:t>保证“下次一定</w:t>
      </w:r>
      <w:r w:rsidR="00885911">
        <w:rPr>
          <w:rFonts w:ascii="宋体-简" w:eastAsia="宋体-简" w:hAnsi="宋体-简" w:hint="eastAsia"/>
          <w:lang w:eastAsia="zh-CN"/>
        </w:rPr>
        <w:t>”。这些都表明孩子们也</w:t>
      </w:r>
      <w:r w:rsidR="000658C8" w:rsidRPr="00885911">
        <w:rPr>
          <w:rFonts w:ascii="宋体-简" w:eastAsia="宋体-简" w:hAnsi="宋体-简"/>
          <w:lang w:eastAsia="zh-CN"/>
        </w:rPr>
        <w:t>是很看重学习的</w:t>
      </w:r>
      <w:r w:rsidR="00885911">
        <w:rPr>
          <w:rFonts w:ascii="宋体-简" w:eastAsia="宋体-简" w:hAnsi="宋体-简" w:hint="eastAsia"/>
          <w:lang w:eastAsia="zh-CN"/>
        </w:rPr>
        <w:t>。</w:t>
      </w:r>
      <w:r w:rsidR="000658C8" w:rsidRPr="00885911">
        <w:rPr>
          <w:rFonts w:ascii="宋体-简" w:eastAsia="宋体-简" w:hAnsi="宋体-简"/>
          <w:lang w:eastAsia="zh-CN"/>
        </w:rPr>
        <w:t>只是</w:t>
      </w:r>
      <w:r w:rsidR="00C42F55">
        <w:rPr>
          <w:rFonts w:ascii="宋体-简" w:eastAsia="宋体-简" w:hAnsi="宋体-简" w:hint="eastAsia"/>
          <w:lang w:eastAsia="zh-CN"/>
        </w:rPr>
        <w:t>他</w:t>
      </w:r>
      <w:r w:rsidR="00885911">
        <w:rPr>
          <w:rFonts w:ascii="宋体-简" w:eastAsia="宋体-简" w:hAnsi="宋体-简" w:hint="eastAsia"/>
          <w:lang w:eastAsia="zh-CN"/>
        </w:rPr>
        <w:t>们</w:t>
      </w:r>
      <w:r w:rsidR="000658C8" w:rsidRPr="00885911">
        <w:rPr>
          <w:rFonts w:ascii="宋体-简" w:eastAsia="宋体-简" w:hAnsi="宋体-简"/>
          <w:lang w:eastAsia="zh-CN"/>
        </w:rPr>
        <w:t>还是孩子，</w:t>
      </w:r>
      <w:r w:rsidR="00885911">
        <w:rPr>
          <w:rFonts w:ascii="宋体-简" w:eastAsia="宋体-简" w:hAnsi="宋体-简" w:hint="eastAsia"/>
          <w:lang w:eastAsia="zh-CN"/>
        </w:rPr>
        <w:t>有的缺乏自控力和主动性，有的缺乏时间规划或计划制定的能力，有的摆脱不了惰性而难以持之以恒</w:t>
      </w:r>
      <w:r w:rsidR="008A0CEF">
        <w:rPr>
          <w:rFonts w:ascii="宋体-简" w:eastAsia="宋体-简" w:hAnsi="宋体-简"/>
          <w:lang w:eastAsia="zh-CN"/>
        </w:rPr>
        <w:t>……</w:t>
      </w:r>
      <w:r w:rsidR="008A0CEF">
        <w:rPr>
          <w:rFonts w:ascii="宋体-简" w:eastAsia="宋体-简" w:hAnsi="宋体-简" w:hint="eastAsia"/>
          <w:lang w:eastAsia="zh-CN"/>
        </w:rPr>
        <w:t>这些成年人都束手无策的困难，孩子们要想克服，更是困难重重、无能为力。想通了这一点，我才明白，反复说教让孩子们好好读书认真学习，就好比在崎岖道路尽头竖立的一盏灯塔。陪伴孩子一起解决</w:t>
      </w:r>
      <w:r w:rsidR="000658C8" w:rsidRPr="00885911">
        <w:rPr>
          <w:rFonts w:ascii="宋体-简" w:eastAsia="宋体-简" w:hAnsi="宋体-简"/>
          <w:lang w:eastAsia="zh-CN"/>
        </w:rPr>
        <w:t>他们</w:t>
      </w:r>
      <w:r w:rsidR="008A0CEF">
        <w:rPr>
          <w:rFonts w:ascii="宋体-简" w:eastAsia="宋体-简" w:hAnsi="宋体-简" w:hint="eastAsia"/>
          <w:lang w:eastAsia="zh-CN"/>
        </w:rPr>
        <w:t>所遇到的</w:t>
      </w:r>
      <w:r w:rsidR="000C3912">
        <w:rPr>
          <w:rFonts w:ascii="宋体-简" w:eastAsia="宋体-简" w:hAnsi="宋体-简" w:hint="eastAsia"/>
          <w:lang w:eastAsia="zh-CN"/>
        </w:rPr>
        <w:t>实际</w:t>
      </w:r>
      <w:r w:rsidR="008A0CEF">
        <w:rPr>
          <w:rFonts w:ascii="宋体-简" w:eastAsia="宋体-简" w:hAnsi="宋体-简" w:hint="eastAsia"/>
          <w:lang w:eastAsia="zh-CN"/>
        </w:rPr>
        <w:t>问题，在孩子</w:t>
      </w:r>
      <w:r w:rsidR="000C3912">
        <w:rPr>
          <w:rFonts w:ascii="宋体-简" w:eastAsia="宋体-简" w:hAnsi="宋体-简" w:hint="eastAsia"/>
          <w:lang w:eastAsia="zh-CN"/>
        </w:rPr>
        <w:t>们</w:t>
      </w:r>
      <w:r w:rsidR="008A0CEF">
        <w:rPr>
          <w:rFonts w:ascii="宋体-简" w:eastAsia="宋体-简" w:hAnsi="宋体-简" w:hint="eastAsia"/>
          <w:lang w:eastAsia="zh-CN"/>
        </w:rPr>
        <w:t>想要</w:t>
      </w:r>
      <w:r w:rsidR="000C3912">
        <w:rPr>
          <w:rFonts w:ascii="宋体-简" w:eastAsia="宋体-简" w:hAnsi="宋体-简" w:hint="eastAsia"/>
          <w:lang w:eastAsia="zh-CN"/>
        </w:rPr>
        <w:t>撒丫子不干的时候能够与</w:t>
      </w:r>
      <w:r w:rsidR="00C42F55">
        <w:rPr>
          <w:rFonts w:ascii="宋体-简" w:eastAsia="宋体-简" w:hAnsi="宋体-简" w:hint="eastAsia"/>
          <w:lang w:eastAsia="zh-CN"/>
        </w:rPr>
        <w:t>他</w:t>
      </w:r>
      <w:r w:rsidR="000C3912">
        <w:rPr>
          <w:rFonts w:ascii="宋体-简" w:eastAsia="宋体-简" w:hAnsi="宋体-简" w:hint="eastAsia"/>
          <w:lang w:eastAsia="zh-CN"/>
        </w:rPr>
        <w:t>们心平气和的聊一聊，才能给孩子们在崎岖道路上披荆斩棘的武器和勇气</w:t>
      </w:r>
      <w:r w:rsidR="000658C8" w:rsidRPr="00885911">
        <w:rPr>
          <w:rFonts w:ascii="宋体-简" w:eastAsia="宋体-简" w:hAnsi="宋体-简" w:hint="eastAsia"/>
          <w:lang w:eastAsia="zh-CN"/>
        </w:rPr>
        <w:t>，</w:t>
      </w:r>
      <w:r w:rsidR="000C3912">
        <w:rPr>
          <w:rFonts w:ascii="宋体-简" w:eastAsia="宋体-简" w:hAnsi="宋体-简" w:hint="eastAsia"/>
          <w:lang w:eastAsia="zh-CN"/>
        </w:rPr>
        <w:t>让</w:t>
      </w:r>
      <w:r w:rsidR="00C42F55">
        <w:rPr>
          <w:rFonts w:ascii="宋体-简" w:eastAsia="宋体-简" w:hAnsi="宋体-简" w:hint="eastAsia"/>
          <w:lang w:eastAsia="zh-CN"/>
        </w:rPr>
        <w:t>他</w:t>
      </w:r>
      <w:r w:rsidR="000C3912">
        <w:rPr>
          <w:rFonts w:ascii="宋体-简" w:eastAsia="宋体-简" w:hAnsi="宋体-简" w:hint="eastAsia"/>
          <w:lang w:eastAsia="zh-CN"/>
        </w:rPr>
        <w:t>们最终</w:t>
      </w:r>
      <w:r w:rsidR="009D1CE4">
        <w:rPr>
          <w:rFonts w:ascii="宋体-简" w:eastAsia="宋体-简" w:hAnsi="宋体-简" w:hint="eastAsia"/>
          <w:lang w:eastAsia="zh-CN"/>
        </w:rPr>
        <w:t>到达</w:t>
      </w:r>
      <w:r w:rsidR="000C3912">
        <w:rPr>
          <w:rFonts w:ascii="宋体-简" w:eastAsia="宋体-简" w:hAnsi="宋体-简" w:hint="eastAsia"/>
          <w:lang w:eastAsia="zh-CN"/>
        </w:rPr>
        <w:t>灯塔所在</w:t>
      </w:r>
      <w:r w:rsidR="000658C8" w:rsidRPr="00885911">
        <w:rPr>
          <w:rFonts w:ascii="宋体-简" w:eastAsia="宋体-简" w:hAnsi="宋体-简"/>
          <w:lang w:eastAsia="zh-CN"/>
        </w:rPr>
        <w:t>。</w:t>
      </w:r>
    </w:p>
    <w:p w14:paraId="3F4DA8A9" w14:textId="14FE62A6" w:rsidR="002612FF" w:rsidRPr="00885911" w:rsidRDefault="002612FF" w:rsidP="008D4F15">
      <w:pPr>
        <w:pStyle w:val="af"/>
        <w:spacing w:line="352" w:lineRule="exact"/>
        <w:ind w:firstLine="720"/>
        <w:jc w:val="right"/>
        <w:rPr>
          <w:rFonts w:ascii="宋体-简" w:eastAsia="宋体-简" w:hAnsi="宋体-简"/>
          <w:lang w:eastAsia="zh-CN"/>
        </w:rPr>
      </w:pPr>
    </w:p>
    <w:sectPr w:rsidR="002612FF" w:rsidRPr="00885911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微软雅黑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0000000000000000000"/>
    <w:charset w:val="00"/>
    <w:family w:val="auto"/>
    <w:pitch w:val="variable"/>
    <w:sig w:usb0="00000003" w:usb1="00000000" w:usb2="00000000" w:usb3="00000000" w:csb0="00000003" w:csb1="00000000"/>
  </w:font>
  <w:font w:name="宋体-简">
    <w:panose1 w:val="02010600040101010101"/>
    <w:charset w:val="86"/>
    <w:family w:val="auto"/>
    <w:pitch w:val="variable"/>
    <w:sig w:usb0="00000287" w:usb1="080F0000" w:usb2="00000010" w:usb3="00000000" w:csb0="0004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1"/>
  <w:bordersDoNotSurroundHeader/>
  <w:bordersDoNotSurroundFooter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00F6C"/>
    <w:rsid w:val="00034616"/>
    <w:rsid w:val="0006063C"/>
    <w:rsid w:val="000658C8"/>
    <w:rsid w:val="000C3912"/>
    <w:rsid w:val="000F57BC"/>
    <w:rsid w:val="0015074B"/>
    <w:rsid w:val="002612FF"/>
    <w:rsid w:val="0029639D"/>
    <w:rsid w:val="002B5A57"/>
    <w:rsid w:val="002C3807"/>
    <w:rsid w:val="00326F90"/>
    <w:rsid w:val="00362D41"/>
    <w:rsid w:val="004476A3"/>
    <w:rsid w:val="00463C28"/>
    <w:rsid w:val="00523D6E"/>
    <w:rsid w:val="0057070E"/>
    <w:rsid w:val="005B439C"/>
    <w:rsid w:val="00703538"/>
    <w:rsid w:val="00706E75"/>
    <w:rsid w:val="0075315F"/>
    <w:rsid w:val="00885911"/>
    <w:rsid w:val="008A0CEF"/>
    <w:rsid w:val="008D4F15"/>
    <w:rsid w:val="00900AEB"/>
    <w:rsid w:val="009929BA"/>
    <w:rsid w:val="009D1CE4"/>
    <w:rsid w:val="00A2722F"/>
    <w:rsid w:val="00AA1D8D"/>
    <w:rsid w:val="00AF57C7"/>
    <w:rsid w:val="00B04550"/>
    <w:rsid w:val="00B47730"/>
    <w:rsid w:val="00BF5346"/>
    <w:rsid w:val="00C42F55"/>
    <w:rsid w:val="00CB0664"/>
    <w:rsid w:val="00D32DDD"/>
    <w:rsid w:val="00EC3A89"/>
    <w:rsid w:val="00FC1D26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294DCA1"/>
  <w14:defaultImageDpi w14:val="300"/>
  <w15:docId w15:val="{4C42C1BA-8290-814D-A9A6-8E525D8C72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rPr>
      <w:rFonts w:ascii="微软雅黑" w:eastAsia="微软雅黑" w:hAnsi="微软雅黑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页眉 字符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页脚 字符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标题 1 字符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标题 2 字符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标题 3 字符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标题 字符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副标题 字符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正文文本 字符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正文文本 2 字符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正文文本 3 字符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宏文本 字符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af5">
    <w:name w:val="Quote"/>
    <w:basedOn w:val="a1"/>
    <w:next w:val="a1"/>
    <w:link w:val="af6"/>
    <w:uiPriority w:val="29"/>
    <w:qFormat/>
    <w:rsid w:val="00FC693F"/>
    <w:rPr>
      <w:i/>
      <w:iCs/>
      <w:color w:val="000000" w:themeColor="text1"/>
    </w:rPr>
  </w:style>
  <w:style w:type="character" w:customStyle="1" w:styleId="af6">
    <w:name w:val="引用 字符"/>
    <w:basedOn w:val="a2"/>
    <w:link w:val="af5"/>
    <w:uiPriority w:val="29"/>
    <w:rsid w:val="00FC693F"/>
    <w:rPr>
      <w:i/>
      <w:iCs/>
      <w:color w:val="000000" w:themeColor="text1"/>
    </w:rPr>
  </w:style>
  <w:style w:type="character" w:customStyle="1" w:styleId="40">
    <w:name w:val="标题 4 字符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标题 5 字符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标题 6 字符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标题 7 字符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标题 8 字符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标题 9 字符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7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8">
    <w:name w:val="Strong"/>
    <w:basedOn w:val="a2"/>
    <w:uiPriority w:val="22"/>
    <w:qFormat/>
    <w:rsid w:val="00FC693F"/>
    <w:rPr>
      <w:b/>
      <w:bCs/>
    </w:rPr>
  </w:style>
  <w:style w:type="character" w:styleId="af9">
    <w:name w:val="Emphasis"/>
    <w:basedOn w:val="a2"/>
    <w:uiPriority w:val="20"/>
    <w:qFormat/>
    <w:rsid w:val="00FC693F"/>
    <w:rPr>
      <w:i/>
      <w:iCs/>
    </w:rPr>
  </w:style>
  <w:style w:type="paragraph" w:styleId="afa">
    <w:name w:val="Intense Quote"/>
    <w:basedOn w:val="a1"/>
    <w:next w:val="a1"/>
    <w:link w:val="afb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b">
    <w:name w:val="明显引用 字符"/>
    <w:basedOn w:val="a2"/>
    <w:link w:val="afa"/>
    <w:uiPriority w:val="30"/>
    <w:rsid w:val="00FC693F"/>
    <w:rPr>
      <w:b/>
      <w:bCs/>
      <w:i/>
      <w:iCs/>
      <w:color w:val="4F81BD" w:themeColor="accent1"/>
    </w:rPr>
  </w:style>
  <w:style w:type="character" w:styleId="afc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d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e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f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f0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TOC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1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2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3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4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7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8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9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5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6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7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8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126</Words>
  <Characters>721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846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vctj</cp:lastModifiedBy>
  <cp:revision>4</cp:revision>
  <dcterms:created xsi:type="dcterms:W3CDTF">2022-07-03T10:15:00Z</dcterms:created>
  <dcterms:modified xsi:type="dcterms:W3CDTF">2022-07-08T03:31:00Z</dcterms:modified>
  <cp:category/>
</cp:coreProperties>
</file>