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D31E4A" w14:textId="16B0E791" w:rsidR="000C3912" w:rsidRDefault="002C3807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 w:hint="eastAsia"/>
          <w:lang w:eastAsia="zh-CN"/>
        </w:rPr>
        <w:t>每每大考</w:t>
      </w:r>
      <w:r w:rsidR="000658C8" w:rsidRPr="00885911">
        <w:rPr>
          <w:rFonts w:ascii="宋体-简" w:eastAsia="宋体-简" w:hAnsi="宋体-简" w:hint="eastAsia"/>
          <w:lang w:eastAsia="zh-CN"/>
        </w:rPr>
        <w:t>之</w:t>
      </w:r>
      <w:r w:rsidR="000658C8" w:rsidRPr="00885911">
        <w:rPr>
          <w:rFonts w:ascii="宋体-简" w:eastAsia="宋体-简" w:hAnsi="宋体-简"/>
          <w:lang w:eastAsia="zh-CN"/>
        </w:rPr>
        <w:t>前</w:t>
      </w:r>
      <w:r w:rsidRPr="00885911">
        <w:rPr>
          <w:rFonts w:ascii="宋体-简" w:eastAsia="宋体-简" w:hAnsi="宋体-简" w:hint="eastAsia"/>
          <w:lang w:eastAsia="zh-CN"/>
        </w:rPr>
        <w:t>的</w:t>
      </w:r>
      <w:r w:rsidR="000658C8" w:rsidRPr="00885911">
        <w:rPr>
          <w:rFonts w:ascii="宋体-简" w:eastAsia="宋体-简" w:hAnsi="宋体-简"/>
          <w:lang w:eastAsia="zh-CN"/>
        </w:rPr>
        <w:t>我</w:t>
      </w:r>
      <w:r w:rsidRPr="00885911">
        <w:rPr>
          <w:rFonts w:ascii="宋体-简" w:eastAsia="宋体-简" w:hAnsi="宋体-简" w:hint="eastAsia"/>
          <w:lang w:eastAsia="zh-CN"/>
        </w:rPr>
        <w:t>，总</w:t>
      </w:r>
      <w:r w:rsidR="000658C8" w:rsidRPr="00885911">
        <w:rPr>
          <w:rFonts w:ascii="宋体-简" w:eastAsia="宋体-简" w:hAnsi="宋体-简"/>
          <w:lang w:eastAsia="zh-CN"/>
        </w:rPr>
        <w:t>认为</w:t>
      </w:r>
      <w:r w:rsidRPr="00885911">
        <w:rPr>
          <w:rFonts w:ascii="宋体-简" w:eastAsia="宋体-简" w:hAnsi="宋体-简" w:hint="eastAsia"/>
          <w:lang w:eastAsia="zh-CN"/>
        </w:rPr>
        <w:t>8班的孩子们</w:t>
      </w:r>
      <w:r w:rsidR="000658C8" w:rsidRPr="00885911">
        <w:rPr>
          <w:rFonts w:ascii="宋体-简" w:eastAsia="宋体-简" w:hAnsi="宋体-简"/>
          <w:lang w:eastAsia="zh-CN"/>
        </w:rPr>
        <w:t>不够重视学习，</w:t>
      </w:r>
      <w:r w:rsidRPr="00885911">
        <w:rPr>
          <w:rFonts w:ascii="宋体-简" w:eastAsia="宋体-简" w:hAnsi="宋体-简" w:hint="eastAsia"/>
          <w:lang w:eastAsia="zh-CN"/>
        </w:rPr>
        <w:t>没能做到十分的自主自觉，也总是忍不住把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Pr="00885911">
        <w:rPr>
          <w:rFonts w:ascii="宋体-简" w:eastAsia="宋体-简" w:hAnsi="宋体-简" w:hint="eastAsia"/>
          <w:lang w:eastAsia="zh-CN"/>
        </w:rPr>
        <w:t>们与所谓的“学神”、“学霸”比较，</w:t>
      </w:r>
      <w:r w:rsidR="000658C8" w:rsidRPr="00885911">
        <w:rPr>
          <w:rFonts w:ascii="宋体-简" w:eastAsia="宋体-简" w:hAnsi="宋体-简" w:hint="eastAsia"/>
          <w:lang w:eastAsia="zh-CN"/>
        </w:rPr>
        <w:t>为</w:t>
      </w:r>
      <w:r w:rsidR="000658C8" w:rsidRPr="00885911">
        <w:rPr>
          <w:rFonts w:ascii="宋体-简" w:eastAsia="宋体-简" w:hAnsi="宋体-简"/>
          <w:lang w:eastAsia="zh-CN"/>
        </w:rPr>
        <w:t>此</w:t>
      </w:r>
      <w:r w:rsidRPr="00885911">
        <w:rPr>
          <w:rFonts w:ascii="宋体-简" w:eastAsia="宋体-简" w:hAnsi="宋体-简" w:hint="eastAsia"/>
          <w:lang w:eastAsia="zh-CN"/>
        </w:rPr>
        <w:t>不满</w:t>
      </w:r>
      <w:r w:rsidR="000658C8" w:rsidRPr="00885911">
        <w:rPr>
          <w:rFonts w:ascii="宋体-简" w:eastAsia="宋体-简" w:hAnsi="宋体-简"/>
          <w:lang w:eastAsia="zh-CN"/>
        </w:rPr>
        <w:t>焦虑，</w:t>
      </w:r>
      <w:r w:rsidR="00885911" w:rsidRPr="00885911">
        <w:rPr>
          <w:rFonts w:ascii="宋体-简" w:eastAsia="宋体-简" w:hAnsi="宋体-简" w:hint="eastAsia"/>
          <w:lang w:eastAsia="zh-CN"/>
        </w:rPr>
        <w:t>在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885911" w:rsidRPr="00885911">
        <w:rPr>
          <w:rFonts w:ascii="宋体-简" w:eastAsia="宋体-简" w:hAnsi="宋体-简" w:hint="eastAsia"/>
          <w:lang w:eastAsia="zh-CN"/>
        </w:rPr>
        <w:t>们面前一副苦大仇深的模样</w:t>
      </w:r>
      <w:r w:rsidR="000658C8" w:rsidRPr="00885911">
        <w:rPr>
          <w:rFonts w:ascii="宋体-简" w:eastAsia="宋体-简" w:hAnsi="宋体-简" w:hint="eastAsia"/>
          <w:lang w:eastAsia="zh-CN"/>
        </w:rPr>
        <w:t>。</w:t>
      </w:r>
      <w:r w:rsidR="000658C8" w:rsidRPr="00885911">
        <w:rPr>
          <w:rFonts w:ascii="宋体-简" w:eastAsia="宋体-简" w:hAnsi="宋体-简"/>
          <w:lang w:eastAsia="zh-CN"/>
        </w:rPr>
        <w:t>但每当考完试</w:t>
      </w:r>
      <w:r w:rsidR="00885911" w:rsidRPr="00885911">
        <w:rPr>
          <w:rFonts w:ascii="宋体-简" w:eastAsia="宋体-简" w:hAnsi="宋体-简" w:hint="eastAsia"/>
          <w:lang w:eastAsia="zh-CN"/>
        </w:rPr>
        <w:t>后，</w:t>
      </w:r>
      <w:r w:rsidR="00885911" w:rsidRPr="00885911">
        <w:rPr>
          <w:rFonts w:ascii="宋体-简" w:eastAsia="宋体-简" w:hAnsi="宋体-简"/>
          <w:lang w:eastAsia="zh-CN"/>
        </w:rPr>
        <w:t>8</w:t>
      </w:r>
      <w:r w:rsidR="00885911" w:rsidRPr="00885911">
        <w:rPr>
          <w:rFonts w:ascii="宋体-简" w:eastAsia="宋体-简" w:hAnsi="宋体-简" w:hint="eastAsia"/>
          <w:lang w:eastAsia="zh-CN"/>
        </w:rPr>
        <w:t>班总有孩子急着找老师对答案、问成绩</w:t>
      </w:r>
      <w:r w:rsidR="00885911">
        <w:rPr>
          <w:rFonts w:ascii="宋体-简" w:eastAsia="宋体-简" w:hAnsi="宋体-简" w:hint="eastAsia"/>
          <w:lang w:eastAsia="zh-CN"/>
        </w:rPr>
        <w:t>。</w:t>
      </w:r>
      <w:r w:rsidR="00885911" w:rsidRPr="00885911">
        <w:rPr>
          <w:rFonts w:ascii="宋体-简" w:eastAsia="宋体-简" w:hAnsi="宋体-简" w:hint="eastAsia"/>
          <w:lang w:eastAsia="zh-CN"/>
        </w:rPr>
        <w:t>问到成绩后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885911">
        <w:rPr>
          <w:rFonts w:ascii="宋体-简" w:eastAsia="宋体-简" w:hAnsi="宋体-简" w:hint="eastAsia"/>
          <w:lang w:eastAsia="zh-CN"/>
        </w:rPr>
        <w:t>们</w:t>
      </w:r>
      <w:r w:rsidR="00885911" w:rsidRPr="00885911">
        <w:rPr>
          <w:rFonts w:ascii="宋体-简" w:eastAsia="宋体-简" w:hAnsi="宋体-简" w:hint="eastAsia"/>
          <w:lang w:eastAsia="zh-CN"/>
        </w:rPr>
        <w:t>或是欢欣雀跃，或是闷闷不乐</w:t>
      </w:r>
      <w:r w:rsidR="000658C8" w:rsidRPr="00885911">
        <w:rPr>
          <w:rFonts w:ascii="宋体-简" w:eastAsia="宋体-简" w:hAnsi="宋体-简"/>
          <w:lang w:eastAsia="zh-CN"/>
        </w:rPr>
        <w:t>，</w:t>
      </w:r>
      <w:r w:rsidR="00885911" w:rsidRPr="00885911">
        <w:rPr>
          <w:rFonts w:ascii="宋体-简" w:eastAsia="宋体-简" w:hAnsi="宋体-简" w:hint="eastAsia"/>
          <w:lang w:eastAsia="zh-CN"/>
        </w:rPr>
        <w:t>或是主动向老师</w:t>
      </w:r>
      <w:r w:rsidR="00885911">
        <w:rPr>
          <w:rFonts w:ascii="宋体-简" w:eastAsia="宋体-简" w:hAnsi="宋体-简" w:hint="eastAsia"/>
          <w:lang w:eastAsia="zh-CN"/>
        </w:rPr>
        <w:t>表决心</w:t>
      </w:r>
      <w:r w:rsidR="00885911" w:rsidRPr="00885911">
        <w:rPr>
          <w:rFonts w:ascii="宋体-简" w:eastAsia="宋体-简" w:hAnsi="宋体-简" w:hint="eastAsia"/>
          <w:lang w:eastAsia="zh-CN"/>
        </w:rPr>
        <w:t>保证“下次一定</w:t>
      </w:r>
      <w:r w:rsidR="00885911">
        <w:rPr>
          <w:rFonts w:ascii="宋体-简" w:eastAsia="宋体-简" w:hAnsi="宋体-简" w:hint="eastAsia"/>
          <w:lang w:eastAsia="zh-CN"/>
        </w:rPr>
        <w:t>”。这些都表明孩子们也</w:t>
      </w:r>
      <w:r w:rsidR="000658C8" w:rsidRPr="00885911">
        <w:rPr>
          <w:rFonts w:ascii="宋体-简" w:eastAsia="宋体-简" w:hAnsi="宋体-简"/>
          <w:lang w:eastAsia="zh-CN"/>
        </w:rPr>
        <w:t>是很看重学习的</w:t>
      </w:r>
      <w:r w:rsidR="00885911">
        <w:rPr>
          <w:rFonts w:ascii="宋体-简" w:eastAsia="宋体-简" w:hAnsi="宋体-简" w:hint="eastAsia"/>
          <w:lang w:eastAsia="zh-CN"/>
        </w:rPr>
        <w:t>。</w:t>
      </w:r>
      <w:r w:rsidR="000658C8" w:rsidRPr="00885911">
        <w:rPr>
          <w:rFonts w:ascii="宋体-简" w:eastAsia="宋体-简" w:hAnsi="宋体-简"/>
          <w:lang w:eastAsia="zh-CN"/>
        </w:rPr>
        <w:t>只是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885911">
        <w:rPr>
          <w:rFonts w:ascii="宋体-简" w:eastAsia="宋体-简" w:hAnsi="宋体-简" w:hint="eastAsia"/>
          <w:lang w:eastAsia="zh-CN"/>
        </w:rPr>
        <w:t>们</w:t>
      </w:r>
      <w:r w:rsidR="000658C8" w:rsidRPr="00885911">
        <w:rPr>
          <w:rFonts w:ascii="宋体-简" w:eastAsia="宋体-简" w:hAnsi="宋体-简"/>
          <w:lang w:eastAsia="zh-CN"/>
        </w:rPr>
        <w:t>还是孩子，</w:t>
      </w:r>
      <w:r w:rsidR="00885911">
        <w:rPr>
          <w:rFonts w:ascii="宋体-简" w:eastAsia="宋体-简" w:hAnsi="宋体-简" w:hint="eastAsia"/>
          <w:lang w:eastAsia="zh-CN"/>
        </w:rPr>
        <w:t>有的缺乏自控力和主动性，有的缺乏时间规划或计划制定的能力，有的摆脱不了惰性而难以持之以恒</w:t>
      </w:r>
      <w:r w:rsidR="008A0CEF">
        <w:rPr>
          <w:rFonts w:ascii="宋体-简" w:eastAsia="宋体-简" w:hAnsi="宋体-简"/>
          <w:lang w:eastAsia="zh-CN"/>
        </w:rPr>
        <w:t>……</w:t>
      </w:r>
      <w:r w:rsidR="008A0CEF">
        <w:rPr>
          <w:rFonts w:ascii="宋体-简" w:eastAsia="宋体-简" w:hAnsi="宋体-简" w:hint="eastAsia"/>
          <w:lang w:eastAsia="zh-CN"/>
        </w:rPr>
        <w:t>这些成年人都束手无策的困难，孩子们要想克服，更是困难重重、无能为力。想通了这一点，我才明白，反复说教让孩子们好好读书认真学习，就好比在崎岖道路尽头竖立的一盏灯塔。陪伴孩子一起解决</w:t>
      </w:r>
      <w:r w:rsidR="000658C8" w:rsidRPr="00885911">
        <w:rPr>
          <w:rFonts w:ascii="宋体-简" w:eastAsia="宋体-简" w:hAnsi="宋体-简"/>
          <w:lang w:eastAsia="zh-CN"/>
        </w:rPr>
        <w:t>他们</w:t>
      </w:r>
      <w:r w:rsidR="008A0CEF">
        <w:rPr>
          <w:rFonts w:ascii="宋体-简" w:eastAsia="宋体-简" w:hAnsi="宋体-简" w:hint="eastAsia"/>
          <w:lang w:eastAsia="zh-CN"/>
        </w:rPr>
        <w:t>所遇到的</w:t>
      </w:r>
      <w:r w:rsidR="000C3912">
        <w:rPr>
          <w:rFonts w:ascii="宋体-简" w:eastAsia="宋体-简" w:hAnsi="宋体-简" w:hint="eastAsia"/>
          <w:lang w:eastAsia="zh-CN"/>
        </w:rPr>
        <w:t>实际</w:t>
      </w:r>
      <w:r w:rsidR="008A0CEF">
        <w:rPr>
          <w:rFonts w:ascii="宋体-简" w:eastAsia="宋体-简" w:hAnsi="宋体-简" w:hint="eastAsia"/>
          <w:lang w:eastAsia="zh-CN"/>
        </w:rPr>
        <w:t>问题，在孩子</w:t>
      </w:r>
      <w:r w:rsidR="000C3912">
        <w:rPr>
          <w:rFonts w:ascii="宋体-简" w:eastAsia="宋体-简" w:hAnsi="宋体-简" w:hint="eastAsia"/>
          <w:lang w:eastAsia="zh-CN"/>
        </w:rPr>
        <w:t>们</w:t>
      </w:r>
      <w:r w:rsidR="008A0CEF">
        <w:rPr>
          <w:rFonts w:ascii="宋体-简" w:eastAsia="宋体-简" w:hAnsi="宋体-简" w:hint="eastAsia"/>
          <w:lang w:eastAsia="zh-CN"/>
        </w:rPr>
        <w:t>想要</w:t>
      </w:r>
      <w:r w:rsidR="000C3912">
        <w:rPr>
          <w:rFonts w:ascii="宋体-简" w:eastAsia="宋体-简" w:hAnsi="宋体-简" w:hint="eastAsia"/>
          <w:lang w:eastAsia="zh-CN"/>
        </w:rPr>
        <w:t>撒丫子不干的时候能够与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0C3912">
        <w:rPr>
          <w:rFonts w:ascii="宋体-简" w:eastAsia="宋体-简" w:hAnsi="宋体-简" w:hint="eastAsia"/>
          <w:lang w:eastAsia="zh-CN"/>
        </w:rPr>
        <w:t>们心平气和的聊一聊，才能给孩子们在崎岖道路上披荆斩棘的武器和勇气</w:t>
      </w:r>
      <w:r w:rsidR="000658C8" w:rsidRPr="00885911">
        <w:rPr>
          <w:rFonts w:ascii="宋体-简" w:eastAsia="宋体-简" w:hAnsi="宋体-简" w:hint="eastAsia"/>
          <w:lang w:eastAsia="zh-CN"/>
        </w:rPr>
        <w:t>，</w:t>
      </w:r>
      <w:r w:rsidR="000C3912">
        <w:rPr>
          <w:rFonts w:ascii="宋体-简" w:eastAsia="宋体-简" w:hAnsi="宋体-简" w:hint="eastAsia"/>
          <w:lang w:eastAsia="zh-CN"/>
        </w:rPr>
        <w:t>让</w:t>
      </w:r>
      <w:r w:rsidR="00C42F55">
        <w:rPr>
          <w:rFonts w:ascii="宋体-简" w:eastAsia="宋体-简" w:hAnsi="宋体-简" w:hint="eastAsia"/>
          <w:lang w:eastAsia="zh-CN"/>
        </w:rPr>
        <w:t>他</w:t>
      </w:r>
      <w:r w:rsidR="000C3912">
        <w:rPr>
          <w:rFonts w:ascii="宋体-简" w:eastAsia="宋体-简" w:hAnsi="宋体-简" w:hint="eastAsia"/>
          <w:lang w:eastAsia="zh-CN"/>
        </w:rPr>
        <w:t>们最终</w:t>
      </w:r>
      <w:r w:rsidR="009D1CE4">
        <w:rPr>
          <w:rFonts w:ascii="宋体-简" w:eastAsia="宋体-简" w:hAnsi="宋体-简" w:hint="eastAsia"/>
          <w:lang w:eastAsia="zh-CN"/>
        </w:rPr>
        <w:t>到达</w:t>
      </w:r>
      <w:r w:rsidR="000C3912">
        <w:rPr>
          <w:rFonts w:ascii="宋体-简" w:eastAsia="宋体-简" w:hAnsi="宋体-简" w:hint="eastAsia"/>
          <w:lang w:eastAsia="zh-CN"/>
        </w:rPr>
        <w:t>灯塔所在</w:t>
      </w:r>
      <w:r w:rsidR="000658C8" w:rsidRPr="00885911">
        <w:rPr>
          <w:rFonts w:ascii="宋体-简" w:eastAsia="宋体-简" w:hAnsi="宋体-简"/>
          <w:lang w:eastAsia="zh-CN"/>
        </w:rPr>
        <w:t>。</w:t>
      </w:r>
    </w:p>
    <w:p w14:paraId="1F4F687D" w14:textId="77777777" w:rsidR="009D1CE4" w:rsidRDefault="000658C8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/>
          <w:lang w:eastAsia="zh-CN"/>
        </w:rPr>
        <w:t>所以</w:t>
      </w:r>
      <w:r w:rsidR="000C3912">
        <w:rPr>
          <w:rFonts w:ascii="宋体-简" w:eastAsia="宋体-简" w:hAnsi="宋体-简" w:hint="eastAsia"/>
          <w:lang w:eastAsia="zh-CN"/>
        </w:rPr>
        <w:t>各位家长们</w:t>
      </w:r>
      <w:r w:rsidRPr="00885911">
        <w:rPr>
          <w:rFonts w:ascii="宋体-简" w:eastAsia="宋体-简" w:hAnsi="宋体-简"/>
          <w:lang w:eastAsia="zh-CN"/>
        </w:rPr>
        <w:t>，得知孩子</w:t>
      </w:r>
      <w:r w:rsidR="000C3912">
        <w:rPr>
          <w:rFonts w:ascii="宋体-简" w:eastAsia="宋体-简" w:hAnsi="宋体-简" w:hint="eastAsia"/>
          <w:lang w:eastAsia="zh-CN"/>
        </w:rPr>
        <w:t>本次的期末</w:t>
      </w:r>
      <w:r w:rsidRPr="00885911">
        <w:rPr>
          <w:rFonts w:ascii="宋体-简" w:eastAsia="宋体-简" w:hAnsi="宋体-简"/>
          <w:lang w:eastAsia="zh-CN"/>
        </w:rPr>
        <w:t>成绩后，</w:t>
      </w:r>
      <w:r w:rsidR="000C3912">
        <w:rPr>
          <w:rFonts w:ascii="宋体-简" w:eastAsia="宋体-简" w:hAnsi="宋体-简" w:hint="eastAsia"/>
          <w:lang w:eastAsia="zh-CN"/>
        </w:rPr>
        <w:t>我们要自己先学会理性地看待与消化。特别是当孩子成绩不理想时，不要让焦虑的情绪首先淹没了自己。毕竟，初三还有诸多考试等待着我们，准备磨练我们作为成年人的心理素质与抗打击能力。</w:t>
      </w:r>
      <w:r>
        <w:rPr>
          <w:rFonts w:ascii="宋体-简" w:eastAsia="宋体-简" w:hAnsi="宋体-简" w:hint="eastAsia"/>
          <w:lang w:eastAsia="zh-CN"/>
        </w:rPr>
        <w:t>我们可以先与期中考试</w:t>
      </w:r>
      <w:r w:rsidRPr="00885911">
        <w:rPr>
          <w:rFonts w:ascii="宋体-简" w:eastAsia="宋体-简" w:hAnsi="宋体-简" w:hint="eastAsia"/>
          <w:lang w:eastAsia="zh-CN"/>
        </w:rPr>
        <w:t>对</w:t>
      </w:r>
      <w:r w:rsidRPr="00885911">
        <w:rPr>
          <w:rFonts w:ascii="宋体-简" w:eastAsia="宋体-简" w:hAnsi="宋体-简"/>
          <w:lang w:eastAsia="zh-CN"/>
        </w:rPr>
        <w:t>比一下</w:t>
      </w:r>
      <w:r>
        <w:rPr>
          <w:rFonts w:ascii="宋体-简" w:eastAsia="宋体-简" w:hAnsi="宋体-简" w:hint="eastAsia"/>
          <w:lang w:eastAsia="zh-CN"/>
        </w:rPr>
        <w:t>，本次期末考试孩子是否在某些学科上取得了进步？</w:t>
      </w:r>
      <w:r w:rsidRPr="00885911">
        <w:rPr>
          <w:rFonts w:ascii="宋体-简" w:eastAsia="宋体-简" w:hAnsi="宋体-简"/>
          <w:lang w:eastAsia="zh-CN"/>
        </w:rPr>
        <w:t>如果有，</w:t>
      </w:r>
      <w:r>
        <w:rPr>
          <w:rFonts w:ascii="宋体-简" w:eastAsia="宋体-简" w:hAnsi="宋体-简" w:hint="eastAsia"/>
          <w:lang w:eastAsia="zh-CN"/>
        </w:rPr>
        <w:t>您的表扬与肯定才能保护好</w:t>
      </w:r>
      <w:r w:rsidR="00C42F55">
        <w:rPr>
          <w:rFonts w:ascii="宋体-简" w:eastAsia="宋体-简" w:hAnsi="宋体-简" w:hint="eastAsia"/>
          <w:lang w:eastAsia="zh-CN"/>
        </w:rPr>
        <w:t>孩子</w:t>
      </w:r>
      <w:r>
        <w:rPr>
          <w:rFonts w:ascii="宋体-简" w:eastAsia="宋体-简" w:hAnsi="宋体-简" w:hint="eastAsia"/>
          <w:lang w:eastAsia="zh-CN"/>
        </w:rPr>
        <w:t>们在初三继续努力的信心与动力，良好的心态是初三开局的关键</w:t>
      </w:r>
      <w:r w:rsidR="009D1CE4">
        <w:rPr>
          <w:rFonts w:ascii="宋体-简" w:eastAsia="宋体-简" w:hAnsi="宋体-简" w:hint="eastAsia"/>
          <w:lang w:eastAsia="zh-CN"/>
        </w:rPr>
        <w:t>。</w:t>
      </w:r>
      <w:r w:rsidRPr="00885911">
        <w:rPr>
          <w:rFonts w:ascii="宋体-简" w:eastAsia="宋体-简" w:hAnsi="宋体-简"/>
          <w:lang w:eastAsia="zh-CN"/>
        </w:rPr>
        <w:t>如果没有，</w:t>
      </w:r>
      <w:r>
        <w:rPr>
          <w:rFonts w:ascii="宋体-简" w:eastAsia="宋体-简" w:hAnsi="宋体-简" w:hint="eastAsia"/>
          <w:lang w:eastAsia="zh-CN"/>
        </w:rPr>
        <w:t>请您关注一下孩子的情绪</w:t>
      </w:r>
      <w:r w:rsidRPr="00885911">
        <w:rPr>
          <w:rFonts w:ascii="宋体-简" w:eastAsia="宋体-简" w:hAnsi="宋体-简"/>
          <w:lang w:eastAsia="zh-CN"/>
        </w:rPr>
        <w:t>，平心静气地</w:t>
      </w:r>
      <w:r w:rsidR="00C42F55">
        <w:rPr>
          <w:rFonts w:ascii="宋体-简" w:eastAsia="宋体-简" w:hAnsi="宋体-简" w:hint="eastAsia"/>
          <w:lang w:eastAsia="zh-CN"/>
        </w:rPr>
        <w:t>听他们</w:t>
      </w:r>
      <w:r w:rsidRPr="00885911">
        <w:rPr>
          <w:rFonts w:ascii="宋体-简" w:eastAsia="宋体-简" w:hAnsi="宋体-简"/>
          <w:lang w:eastAsia="zh-CN"/>
        </w:rPr>
        <w:t>说一说原因</w:t>
      </w:r>
      <w:r w:rsidR="00C42F55">
        <w:rPr>
          <w:rFonts w:ascii="宋体-简" w:eastAsia="宋体-简" w:hAnsi="宋体-简" w:hint="eastAsia"/>
          <w:lang w:eastAsia="zh-CN"/>
        </w:rPr>
        <w:t>，</w:t>
      </w:r>
      <w:r w:rsidRPr="00885911">
        <w:rPr>
          <w:rFonts w:ascii="宋体-简" w:eastAsia="宋体-简" w:hAnsi="宋体-简"/>
          <w:lang w:eastAsia="zh-CN"/>
        </w:rPr>
        <w:t>协助</w:t>
      </w:r>
      <w:r>
        <w:rPr>
          <w:rFonts w:ascii="宋体-简" w:eastAsia="宋体-简" w:hAnsi="宋体-简" w:hint="eastAsia"/>
          <w:lang w:eastAsia="zh-CN"/>
        </w:rPr>
        <w:t>找到实际解决问题的方法</w:t>
      </w:r>
      <w:r w:rsidRPr="00885911">
        <w:rPr>
          <w:rFonts w:ascii="宋体-简" w:eastAsia="宋体-简" w:hAnsi="宋体-简"/>
          <w:lang w:eastAsia="zh-CN"/>
        </w:rPr>
        <w:t>。如果</w:t>
      </w:r>
      <w:r w:rsidR="00C42F55">
        <w:rPr>
          <w:rFonts w:ascii="宋体-简" w:eastAsia="宋体-简" w:hAnsi="宋体-简" w:hint="eastAsia"/>
          <w:lang w:eastAsia="zh-CN"/>
        </w:rPr>
        <w:t>孩子们</w:t>
      </w:r>
      <w:r>
        <w:rPr>
          <w:rFonts w:ascii="宋体-简" w:eastAsia="宋体-简" w:hAnsi="宋体-简" w:hint="eastAsia"/>
          <w:lang w:eastAsia="zh-CN"/>
        </w:rPr>
        <w:t>只是一味找借口开脱而不肯真正面对自己的</w:t>
      </w:r>
      <w:r w:rsidR="00C42F55">
        <w:rPr>
          <w:rFonts w:ascii="宋体-简" w:eastAsia="宋体-简" w:hAnsi="宋体-简" w:hint="eastAsia"/>
          <w:lang w:eastAsia="zh-CN"/>
        </w:rPr>
        <w:t>不足</w:t>
      </w:r>
      <w:r w:rsidRPr="00885911">
        <w:rPr>
          <w:rFonts w:ascii="宋体-简" w:eastAsia="宋体-简" w:hAnsi="宋体-简"/>
          <w:lang w:eastAsia="zh-CN"/>
        </w:rPr>
        <w:t>，您再</w:t>
      </w:r>
      <w:r w:rsidR="00C42F55">
        <w:rPr>
          <w:rFonts w:ascii="宋体-简" w:eastAsia="宋体-简" w:hAnsi="宋体-简" w:hint="eastAsia"/>
          <w:lang w:eastAsia="zh-CN"/>
        </w:rPr>
        <w:t>严肃</w:t>
      </w:r>
      <w:r w:rsidRPr="00885911">
        <w:rPr>
          <w:rFonts w:ascii="宋体-简" w:eastAsia="宋体-简" w:hAnsi="宋体-简"/>
          <w:lang w:eastAsia="zh-CN"/>
        </w:rPr>
        <w:t>提醒</w:t>
      </w:r>
      <w:r w:rsidR="00C42F55">
        <w:rPr>
          <w:rFonts w:ascii="宋体-简" w:eastAsia="宋体-简" w:hAnsi="宋体-简" w:hint="eastAsia"/>
          <w:lang w:eastAsia="zh-CN"/>
        </w:rPr>
        <w:t>最后一年的时间不是用来找借口为自己免责的</w:t>
      </w:r>
      <w:r w:rsidRPr="00885911">
        <w:rPr>
          <w:rFonts w:ascii="宋体-简" w:eastAsia="宋体-简" w:hAnsi="宋体-简"/>
          <w:lang w:eastAsia="zh-CN"/>
        </w:rPr>
        <w:t>，而</w:t>
      </w:r>
      <w:r w:rsidR="00C42F55">
        <w:rPr>
          <w:rFonts w:ascii="宋体-简" w:eastAsia="宋体-简" w:hAnsi="宋体-简" w:hint="eastAsia"/>
          <w:lang w:eastAsia="zh-CN"/>
        </w:rPr>
        <w:t>是</w:t>
      </w:r>
      <w:r w:rsidR="00A2722F">
        <w:rPr>
          <w:rFonts w:ascii="宋体-简" w:eastAsia="宋体-简" w:hAnsi="宋体-简" w:hint="eastAsia"/>
          <w:lang w:eastAsia="zh-CN"/>
        </w:rPr>
        <w:t>用来</w:t>
      </w:r>
      <w:r w:rsidRPr="00885911">
        <w:rPr>
          <w:rFonts w:ascii="宋体-简" w:eastAsia="宋体-简" w:hAnsi="宋体-简"/>
          <w:lang w:eastAsia="zh-CN"/>
        </w:rPr>
        <w:t>克服</w:t>
      </w:r>
      <w:r w:rsidR="00C42F55">
        <w:rPr>
          <w:rFonts w:ascii="宋体-简" w:eastAsia="宋体-简" w:hAnsi="宋体-简" w:hint="eastAsia"/>
          <w:lang w:eastAsia="zh-CN"/>
        </w:rPr>
        <w:t>弱点</w:t>
      </w:r>
      <w:r w:rsidR="00A2722F">
        <w:rPr>
          <w:rFonts w:ascii="宋体-简" w:eastAsia="宋体-简" w:hAnsi="宋体-简" w:hint="eastAsia"/>
          <w:lang w:eastAsia="zh-CN"/>
        </w:rPr>
        <w:t>真正解决问题的</w:t>
      </w:r>
      <w:r w:rsidRPr="00885911">
        <w:rPr>
          <w:rFonts w:ascii="宋体-简" w:eastAsia="宋体-简" w:hAnsi="宋体-简"/>
          <w:lang w:eastAsia="zh-CN"/>
        </w:rPr>
        <w:t>。</w:t>
      </w:r>
    </w:p>
    <w:p w14:paraId="54B5E424" w14:textId="5436BEAD" w:rsidR="002612FF" w:rsidRPr="00885911" w:rsidRDefault="000658C8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 w:rsidRPr="00885911">
        <w:rPr>
          <w:rFonts w:ascii="宋体-简" w:eastAsia="宋体-简" w:hAnsi="宋体-简"/>
          <w:lang w:eastAsia="zh-CN"/>
        </w:rPr>
        <w:t>孩子的能力是有限的，</w:t>
      </w:r>
      <w:r w:rsidR="00C42F55">
        <w:rPr>
          <w:rFonts w:ascii="宋体-简" w:eastAsia="宋体-简" w:hAnsi="宋体-简"/>
          <w:lang w:eastAsia="zh-CN"/>
        </w:rPr>
        <w:t>他</w:t>
      </w:r>
      <w:r w:rsidRPr="00885911">
        <w:rPr>
          <w:rFonts w:ascii="宋体-简" w:eastAsia="宋体-简" w:hAnsi="宋体-简"/>
          <w:lang w:eastAsia="zh-CN"/>
        </w:rPr>
        <w:t>需要您的帮助</w:t>
      </w:r>
      <w:r>
        <w:rPr>
          <w:rFonts w:ascii="宋体-简" w:eastAsia="宋体-简" w:hAnsi="宋体-简" w:hint="eastAsia"/>
          <w:lang w:eastAsia="zh-CN"/>
        </w:rPr>
        <w:t>。</w:t>
      </w:r>
      <w:r w:rsidRPr="00885911">
        <w:rPr>
          <w:rFonts w:ascii="宋体-简" w:eastAsia="宋体-简" w:hAnsi="宋体-简"/>
          <w:lang w:eastAsia="zh-CN"/>
        </w:rPr>
        <w:t>在你们相处的</w:t>
      </w:r>
      <w:r w:rsidR="00A2722F">
        <w:rPr>
          <w:rFonts w:ascii="宋体-简" w:eastAsia="宋体-简" w:hAnsi="宋体-简" w:hint="eastAsia"/>
          <w:lang w:eastAsia="zh-CN"/>
        </w:rPr>
        <w:t>每一个晚上和</w:t>
      </w:r>
      <w:r w:rsidRPr="00885911">
        <w:rPr>
          <w:rFonts w:ascii="宋体-简" w:eastAsia="宋体-简" w:hAnsi="宋体-简"/>
          <w:lang w:eastAsia="zh-CN"/>
        </w:rPr>
        <w:t>周末，当</w:t>
      </w:r>
      <w:r w:rsidR="00C42F55">
        <w:rPr>
          <w:rFonts w:ascii="宋体-简" w:eastAsia="宋体-简" w:hAnsi="宋体-简"/>
          <w:lang w:eastAsia="zh-CN"/>
        </w:rPr>
        <w:t>他</w:t>
      </w:r>
      <w:r w:rsidRPr="00885911">
        <w:rPr>
          <w:rFonts w:ascii="宋体-简" w:eastAsia="宋体-简" w:hAnsi="宋体-简"/>
          <w:lang w:eastAsia="zh-CN"/>
        </w:rPr>
        <w:t>偷懒不写作业时，</w:t>
      </w:r>
      <w:r w:rsidR="00C42F55">
        <w:rPr>
          <w:rFonts w:ascii="宋体-简" w:eastAsia="宋体-简" w:hAnsi="宋体-简"/>
          <w:lang w:eastAsia="zh-CN"/>
        </w:rPr>
        <w:t>他</w:t>
      </w:r>
      <w:r w:rsidRPr="00885911">
        <w:rPr>
          <w:rFonts w:ascii="宋体-简" w:eastAsia="宋体-简" w:hAnsi="宋体-简"/>
          <w:lang w:eastAsia="zh-CN"/>
        </w:rPr>
        <w:t>需要您的监督；当</w:t>
      </w:r>
      <w:r w:rsidR="00C42F55">
        <w:rPr>
          <w:rFonts w:ascii="宋体-简" w:eastAsia="宋体-简" w:hAnsi="宋体-简"/>
          <w:lang w:eastAsia="zh-CN"/>
        </w:rPr>
        <w:t>他</w:t>
      </w:r>
      <w:r w:rsidRPr="00885911">
        <w:rPr>
          <w:rFonts w:ascii="宋体-简" w:eastAsia="宋体-简" w:hAnsi="宋体-简"/>
          <w:lang w:eastAsia="zh-CN"/>
        </w:rPr>
        <w:t>无节制玩手机时，</w:t>
      </w:r>
      <w:r w:rsidR="00C42F55">
        <w:rPr>
          <w:rFonts w:ascii="宋体-简" w:eastAsia="宋体-简" w:hAnsi="宋体-简"/>
          <w:lang w:eastAsia="zh-CN"/>
        </w:rPr>
        <w:t>他</w:t>
      </w:r>
      <w:r w:rsidRPr="00885911">
        <w:rPr>
          <w:rFonts w:ascii="宋体-简" w:eastAsia="宋体-简" w:hAnsi="宋体-简"/>
          <w:lang w:eastAsia="zh-CN"/>
        </w:rPr>
        <w:t>需要您</w:t>
      </w:r>
      <w:r w:rsidR="00463C28">
        <w:rPr>
          <w:rFonts w:ascii="宋体-简" w:eastAsia="宋体-简" w:hAnsi="宋体-简" w:hint="eastAsia"/>
          <w:lang w:eastAsia="zh-CN"/>
        </w:rPr>
        <w:t>守住底线，</w:t>
      </w:r>
      <w:r w:rsidR="00A2722F">
        <w:rPr>
          <w:rFonts w:ascii="宋体-简" w:eastAsia="宋体-简" w:hAnsi="宋体-简" w:hint="eastAsia"/>
          <w:lang w:eastAsia="zh-CN"/>
        </w:rPr>
        <w:t>进行严格的手机管理</w:t>
      </w:r>
      <w:r w:rsidRPr="00885911">
        <w:rPr>
          <w:rFonts w:ascii="宋体-简" w:eastAsia="宋体-简" w:hAnsi="宋体-简"/>
          <w:lang w:eastAsia="zh-CN"/>
        </w:rPr>
        <w:t>；当</w:t>
      </w:r>
      <w:r w:rsidR="00C42F55">
        <w:rPr>
          <w:rFonts w:ascii="宋体-简" w:eastAsia="宋体-简" w:hAnsi="宋体-简"/>
          <w:lang w:eastAsia="zh-CN"/>
        </w:rPr>
        <w:t>他</w:t>
      </w:r>
      <w:r w:rsidRPr="00885911">
        <w:rPr>
          <w:rFonts w:ascii="宋体-简" w:eastAsia="宋体-简" w:hAnsi="宋体-简"/>
          <w:lang w:eastAsia="zh-CN"/>
        </w:rPr>
        <w:t>熬夜到凌晨早上起不来时，</w:t>
      </w:r>
      <w:r w:rsidR="00FC1D26">
        <w:rPr>
          <w:rFonts w:ascii="宋体-简" w:eastAsia="宋体-简" w:hAnsi="宋体-简" w:hint="eastAsia"/>
          <w:lang w:eastAsia="zh-CN"/>
        </w:rPr>
        <w:t>他</w:t>
      </w:r>
      <w:r w:rsidRPr="00885911">
        <w:rPr>
          <w:rFonts w:ascii="宋体-简" w:eastAsia="宋体-简" w:hAnsi="宋体-简"/>
          <w:lang w:eastAsia="zh-CN"/>
        </w:rPr>
        <w:t>需要您帮助调整好作息</w:t>
      </w:r>
      <w:r w:rsidR="00463C28">
        <w:rPr>
          <w:rFonts w:ascii="宋体-简" w:eastAsia="宋体-简" w:hAnsi="宋体-简" w:hint="eastAsia"/>
          <w:lang w:eastAsia="zh-CN"/>
        </w:rPr>
        <w:t>；当他因大量的背诵而焦头烂额时，他需要您帮忙理清记忆的窍门或方法</w:t>
      </w:r>
      <w:r w:rsidR="00A2722F">
        <w:rPr>
          <w:rFonts w:ascii="宋体-简" w:eastAsia="宋体-简" w:hAnsi="宋体-简" w:hint="eastAsia"/>
          <w:lang w:eastAsia="zh-CN"/>
        </w:rPr>
        <w:t>…</w:t>
      </w:r>
      <w:r w:rsidR="00A2722F">
        <w:rPr>
          <w:rFonts w:ascii="宋体-简" w:eastAsia="宋体-简" w:hAnsi="宋体-简"/>
          <w:lang w:eastAsia="zh-CN"/>
        </w:rPr>
        <w:t>…</w:t>
      </w:r>
      <w:r w:rsidR="00A2722F">
        <w:rPr>
          <w:rFonts w:ascii="宋体-简" w:eastAsia="宋体-简" w:hAnsi="宋体-简" w:hint="eastAsia"/>
          <w:lang w:eastAsia="zh-CN"/>
        </w:rPr>
        <w:t>而让孩子遵从家长的想法，需要让他们感知和认可家长对他们的付出和爱，以身作则的</w:t>
      </w:r>
      <w:r w:rsidR="00FC1D26">
        <w:rPr>
          <w:rFonts w:ascii="宋体-简" w:eastAsia="宋体-简" w:hAnsi="宋体-简" w:hint="eastAsia"/>
          <w:lang w:eastAsia="zh-CN"/>
        </w:rPr>
        <w:t>陪伴永远大于疾言厉色的言传。</w:t>
      </w:r>
    </w:p>
    <w:p w14:paraId="60FE232D" w14:textId="574A9F7C" w:rsidR="002612FF" w:rsidRDefault="00A2722F" w:rsidP="008D4F15">
      <w:pPr>
        <w:pStyle w:val="af"/>
        <w:spacing w:line="352" w:lineRule="exact"/>
        <w:ind w:firstLine="720"/>
        <w:rPr>
          <w:rFonts w:ascii="宋体-简" w:eastAsia="宋体-简" w:hAnsi="宋体-简"/>
          <w:lang w:eastAsia="zh-CN"/>
        </w:rPr>
      </w:pPr>
      <w:r>
        <w:rPr>
          <w:rFonts w:ascii="宋体-简" w:eastAsia="宋体-简" w:hAnsi="宋体-简" w:hint="eastAsia"/>
          <w:lang w:eastAsia="zh-CN"/>
        </w:rPr>
        <w:t>等待一根竹苗长成参天大树，需要很多耐心和微笑。</w:t>
      </w:r>
      <w:r w:rsidR="00FC1D26">
        <w:rPr>
          <w:rFonts w:ascii="宋体-简" w:eastAsia="宋体-简" w:hAnsi="宋体-简" w:hint="eastAsia"/>
          <w:lang w:eastAsia="zh-CN"/>
        </w:rPr>
        <w:t>在孩子们默默向下扎根的时候，不要为他们现在还是一根伶仃小树而担心焦虑。殊不知接下来的一年，他们的成长与进步会让我们刮目相看。最后，感谢您</w:t>
      </w:r>
      <w:r w:rsidR="000658C8" w:rsidRPr="00885911">
        <w:rPr>
          <w:rFonts w:ascii="宋体-简" w:eastAsia="宋体-简" w:hAnsi="宋体-简"/>
          <w:lang w:eastAsia="zh-CN"/>
        </w:rPr>
        <w:t>一直以来对学校和老师工作的</w:t>
      </w:r>
      <w:r w:rsidR="00FC1D26">
        <w:rPr>
          <w:rFonts w:ascii="宋体-简" w:eastAsia="宋体-简" w:hAnsi="宋体-简" w:hint="eastAsia"/>
          <w:lang w:eastAsia="zh-CN"/>
        </w:rPr>
        <w:t>理解与支持</w:t>
      </w:r>
      <w:r w:rsidR="000658C8" w:rsidRPr="00885911">
        <w:rPr>
          <w:rFonts w:ascii="宋体-简" w:eastAsia="宋体-简" w:hAnsi="宋体-简" w:hint="eastAsia"/>
          <w:lang w:eastAsia="zh-CN"/>
        </w:rPr>
        <w:t>，</w:t>
      </w:r>
      <w:r w:rsidR="000658C8" w:rsidRPr="00885911">
        <w:rPr>
          <w:rFonts w:ascii="宋体-简" w:eastAsia="宋体-简" w:hAnsi="宋体-简"/>
          <w:lang w:eastAsia="zh-CN"/>
        </w:rPr>
        <w:t>衷心地祝愿</w:t>
      </w:r>
      <w:r w:rsidR="00FC1D26">
        <w:rPr>
          <w:rFonts w:ascii="宋体-简" w:eastAsia="宋体-简" w:hAnsi="宋体-简" w:hint="eastAsia"/>
          <w:lang w:eastAsia="zh-CN"/>
        </w:rPr>
        <w:t>每个孩子健康成长，您和家人工作顺利、阖家幸福</w:t>
      </w:r>
      <w:r w:rsidR="000658C8" w:rsidRPr="00885911">
        <w:rPr>
          <w:rFonts w:ascii="宋体-简" w:eastAsia="宋体-简" w:hAnsi="宋体-简" w:hint="eastAsia"/>
          <w:lang w:eastAsia="zh-CN"/>
        </w:rPr>
        <w:t>！</w:t>
      </w:r>
    </w:p>
    <w:p w14:paraId="64D5460A" w14:textId="193E0162" w:rsidR="008927F1" w:rsidRPr="00885911" w:rsidRDefault="009D1CE4" w:rsidP="008927F1">
      <w:pPr>
        <w:pStyle w:val="af"/>
        <w:spacing w:line="352" w:lineRule="exact"/>
        <w:ind w:firstLine="720"/>
        <w:jc w:val="right"/>
        <w:rPr>
          <w:rFonts w:ascii="宋体-简" w:eastAsia="宋体-简" w:hAnsi="宋体-简"/>
          <w:lang w:eastAsia="zh-CN"/>
        </w:rPr>
      </w:pPr>
      <w:r>
        <w:rPr>
          <w:rFonts w:ascii="宋体-简" w:eastAsia="宋体-简" w:hAnsi="宋体-简"/>
          <w:lang w:eastAsia="zh-CN"/>
        </w:rPr>
        <w:tab/>
      </w:r>
    </w:p>
    <w:p w14:paraId="3F4DA8A9" w14:textId="462CFE6C" w:rsidR="002612FF" w:rsidRPr="00885911" w:rsidRDefault="002612FF" w:rsidP="008D4F15">
      <w:pPr>
        <w:pStyle w:val="af"/>
        <w:spacing w:line="352" w:lineRule="exact"/>
        <w:ind w:firstLine="720"/>
        <w:jc w:val="right"/>
        <w:rPr>
          <w:rFonts w:ascii="宋体-简" w:eastAsia="宋体-简" w:hAnsi="宋体-简"/>
          <w:lang w:eastAsia="zh-CN"/>
        </w:rPr>
      </w:pPr>
    </w:p>
    <w:sectPr w:rsidR="002612FF" w:rsidRPr="0088591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软雅黑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0000000000000000000"/>
    <w:charset w:val="00"/>
    <w:family w:val="auto"/>
    <w:pitch w:val="variable"/>
    <w:sig w:usb0="00000003" w:usb1="00000000" w:usb2="00000000" w:usb3="00000000" w:csb0="00000003" w:csb1="00000000"/>
  </w:font>
  <w:font w:name="宋体-简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F6C"/>
    <w:rsid w:val="00034616"/>
    <w:rsid w:val="0006063C"/>
    <w:rsid w:val="000658C8"/>
    <w:rsid w:val="000C3912"/>
    <w:rsid w:val="000F57BC"/>
    <w:rsid w:val="0015074B"/>
    <w:rsid w:val="002612FF"/>
    <w:rsid w:val="0029639D"/>
    <w:rsid w:val="002C3807"/>
    <w:rsid w:val="00326F90"/>
    <w:rsid w:val="00362D41"/>
    <w:rsid w:val="004476A3"/>
    <w:rsid w:val="00463C28"/>
    <w:rsid w:val="00523D6E"/>
    <w:rsid w:val="0057070E"/>
    <w:rsid w:val="005B439C"/>
    <w:rsid w:val="00703538"/>
    <w:rsid w:val="00706E75"/>
    <w:rsid w:val="0075315F"/>
    <w:rsid w:val="00885911"/>
    <w:rsid w:val="008927F1"/>
    <w:rsid w:val="008A0CEF"/>
    <w:rsid w:val="008D4F15"/>
    <w:rsid w:val="00900AEB"/>
    <w:rsid w:val="009929BA"/>
    <w:rsid w:val="009D1CE4"/>
    <w:rsid w:val="00A2722F"/>
    <w:rsid w:val="00AA1D8D"/>
    <w:rsid w:val="00AF57C7"/>
    <w:rsid w:val="00B04550"/>
    <w:rsid w:val="00B47730"/>
    <w:rsid w:val="00BF5346"/>
    <w:rsid w:val="00C42F55"/>
    <w:rsid w:val="00CB0664"/>
    <w:rsid w:val="00D32DDD"/>
    <w:rsid w:val="00EC3A89"/>
    <w:rsid w:val="00FC1D2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294DCA1"/>
  <w14:defaultImageDpi w14:val="300"/>
  <w15:docId w15:val="{4C42C1BA-8290-814D-A9A6-8E525D8C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软雅黑" w:eastAsia="微软雅黑" w:hAnsi="微软雅黑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1026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vctj</cp:lastModifiedBy>
  <cp:revision>4</cp:revision>
  <dcterms:created xsi:type="dcterms:W3CDTF">2022-07-03T10:15:00Z</dcterms:created>
  <dcterms:modified xsi:type="dcterms:W3CDTF">2022-07-08T03:31:00Z</dcterms:modified>
  <cp:category/>
</cp:coreProperties>
</file>