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黑体" w:hAnsi="黑体" w:eastAsia="黑体"/>
          <w:b/>
          <w:sz w:val="36"/>
        </w:rPr>
        <w:t>博文：那个在网球场外徘徊的女孩</w:t>
      </w:r>
    </w:p>
    <w:p>
      <w:pPr>
        <w:spacing w:line="360" w:lineRule="auto"/>
        <w:jc w:val="center"/>
      </w:pPr>
      <w:r>
        <w:rPr>
          <w:rFonts w:ascii="宋体" w:hAnsi="宋体" w:eastAsia="宋体"/>
          <w:sz w:val="24"/>
        </w:rPr>
        <w:t>那个在网球场外徘徊的女孩</w:t>
      </w:r>
    </w:p>
    <w:p>
      <w:pPr>
        <w:spacing w:line="360" w:lineRule="auto"/>
        <w:jc w:val="center"/>
      </w:pPr>
      <w:r>
        <w:rPr>
          <w:rFonts w:ascii="宋体" w:hAnsi="宋体" w:eastAsia="宋体"/>
          <w:sz w:val="24"/>
        </w:rPr>
        <w:t>——偏常生帮扶手记</w:t>
      </w:r>
    </w:p>
    <w:p>
      <w:pPr>
        <w:spacing w:line="360" w:lineRule="auto"/>
        <w:jc w:val="center"/>
      </w:pPr>
      <w:r>
        <w:rPr>
          <w:rFonts w:ascii="宋体" w:hAnsi="宋体" w:eastAsia="宋体"/>
          <w:sz w:val="24"/>
        </w:rPr>
        <w:t>张涵  |  体育教学札记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童文妤是我班上最特别的存在。说她特别，不是因为她成绩差，恰恰相反，她在校外跟着专业教练练了三年网球，正手击球的动作比我还标准。可一到校内体育课，她就变了一个人：热身操敷衍了事，800米测试故意掉队，跳跃练习躲在队伍最后。她似乎认定，"我有网球就够了，校内体育课随便应付应付就行"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第一次找她谈话，我劈头盖脸就是一顿批评。她低着头，不辩解，但眼神里分明写着"不服气"。事后我冷静下来，翻开她的体测数据：800米离满分差了近20秒，立定跳远差15厘米。网球确实给了她不错的协调性和上肢力量，但中长跑需要的是心肺耐力，跳跃需要的是下肢爆发力——这些，恰恰是她的短板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第二次谈话，我换了个开场："你网球正手打得真漂亮，教练肯定没少夸你吧？"她愣了一下，点点头。我接着说："但你知道为什么职业网球选手每周也要跑10公里、做大量弹跳训练吗？因为再好的技术，也需要体能托底。"我给她看了职业网球运动员的训练日程，又翻出她自己的体测成绩单。数据面前，她沉默了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接下来几周，我安排她担任小组热身领操员。这个自尊心极强的女孩，为了不让组员"看扁"，领操做得格外认真。800米训练时，我采用"跟跑+计时"策略，让她和体能好的同学一起跑，减少偷懒空间。每两周记录一次数据，画出进步曲线。第一次看到她800米成绩提升8秒时，她在跑道上愣了好几秒，然后冲我笑了笑。</w:t>
      </w:r>
    </w:p>
    <w:p>
      <w:pPr>
        <w:spacing w:line="360" w:lineRule="auto"/>
        <w:ind w:firstLine="420"/>
      </w:pPr>
      <w:r>
        <w:rPr>
          <w:rFonts w:ascii="宋体" w:hAnsi="宋体" w:eastAsia="宋体"/>
          <w:sz w:val="24"/>
        </w:rPr>
        <w:t>教育最难的，不是改变行为，而是改变认知。当童文妤真正理解"网球和校内体育不是对立，而是互补"时，她的改变就开始了。现在，她依然会骄傲地谈起她的网球教练，但也会认真问我："老师，下次蛙跳能不能再加一组？"——那个在网球场外徘徊的女孩，终于走进了属于她的跑道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120"/>
    </w:pPr>
    <w:rPr>
      <w:rFonts w:ascii="宋体" w:hAnsi="宋体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